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C65C5" w14:textId="75030833" w:rsidR="002A31B9" w:rsidRPr="00D32426" w:rsidRDefault="002A31B9" w:rsidP="002A31B9">
      <w:pPr>
        <w:rPr>
          <w:b/>
          <w:bCs/>
        </w:rPr>
      </w:pPr>
      <w:r w:rsidRPr="00D32426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A3DD90C" wp14:editId="6FE42EEA">
            <wp:simplePos x="0" y="0"/>
            <wp:positionH relativeFrom="column">
              <wp:posOffset>2729865</wp:posOffset>
            </wp:positionH>
            <wp:positionV relativeFrom="paragraph">
              <wp:posOffset>-548640</wp:posOffset>
            </wp:positionV>
            <wp:extent cx="609600" cy="777240"/>
            <wp:effectExtent l="0" t="0" r="0" b="3810"/>
            <wp:wrapThrough wrapText="bothSides">
              <wp:wrapPolygon edited="0">
                <wp:start x="0" y="0"/>
                <wp:lineTo x="0" y="21176"/>
                <wp:lineTo x="20925" y="21176"/>
                <wp:lineTo x="20925" y="0"/>
                <wp:lineTo x="0" y="0"/>
              </wp:wrapPolygon>
            </wp:wrapThrough>
            <wp:docPr id="16501223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990A30" w14:textId="77777777" w:rsidR="002A31B9" w:rsidRPr="0062253C" w:rsidRDefault="002A31B9" w:rsidP="002A31B9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UNIVERSIDADE FEDERAL DO PARÁ</w:t>
      </w:r>
    </w:p>
    <w:p w14:paraId="6128A22F" w14:textId="77777777" w:rsidR="002A31B9" w:rsidRPr="0062253C" w:rsidRDefault="002A31B9" w:rsidP="002A31B9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PRÓ-REITORIA DE PESQUISA E PÓS-GRADUAÇÃO</w:t>
      </w:r>
    </w:p>
    <w:p w14:paraId="0B154A15" w14:textId="50031A74" w:rsidR="00D848CB" w:rsidRPr="0062253C" w:rsidRDefault="00D848CB" w:rsidP="002A31B9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DIRETORIA DE PROGRAMAS ESTRATÉGICOS</w:t>
      </w:r>
    </w:p>
    <w:p w14:paraId="493C743C" w14:textId="77777777" w:rsidR="002A31B9" w:rsidRPr="0062253C" w:rsidRDefault="002A31B9">
      <w:pPr>
        <w:rPr>
          <w:rFonts w:asciiTheme="majorHAnsi" w:hAnsiTheme="majorHAnsi" w:cstheme="majorHAnsi"/>
        </w:rPr>
      </w:pPr>
    </w:p>
    <w:p w14:paraId="3DC66979" w14:textId="77777777" w:rsidR="004C6CD0" w:rsidRPr="0062253C" w:rsidRDefault="004C6CD0" w:rsidP="004C6CD0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ANEXO I – Edital 18/2026 – PROPESP/DPE</w:t>
      </w:r>
    </w:p>
    <w:p w14:paraId="31F44B53" w14:textId="13945D27" w:rsidR="002A31B9" w:rsidRPr="0062253C" w:rsidRDefault="002A31B9" w:rsidP="004C6CD0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 xml:space="preserve">FORMULÁRIO </w:t>
      </w:r>
      <w:r w:rsidR="00A70969" w:rsidRPr="0062253C">
        <w:rPr>
          <w:rFonts w:asciiTheme="majorHAnsi" w:hAnsiTheme="majorHAnsi" w:cstheme="majorHAnsi"/>
          <w:b/>
          <w:bCs/>
        </w:rPr>
        <w:t>PARA ELABORAÇÃO DE</w:t>
      </w:r>
      <w:r w:rsidRPr="0062253C">
        <w:rPr>
          <w:rFonts w:asciiTheme="majorHAnsi" w:hAnsiTheme="majorHAnsi" w:cstheme="majorHAnsi"/>
          <w:b/>
          <w:bCs/>
        </w:rPr>
        <w:t xml:space="preserve"> </w:t>
      </w:r>
      <w:r w:rsidR="00071A92" w:rsidRPr="0062253C">
        <w:rPr>
          <w:rFonts w:asciiTheme="majorHAnsi" w:hAnsiTheme="majorHAnsi" w:cstheme="majorHAnsi"/>
          <w:b/>
          <w:bCs/>
        </w:rPr>
        <w:t>PROPOSTA DE CURSO NOVO</w:t>
      </w:r>
      <w:r w:rsidR="00A70969" w:rsidRPr="0062253C">
        <w:rPr>
          <w:rFonts w:asciiTheme="majorHAnsi" w:hAnsiTheme="majorHAnsi" w:cstheme="majorHAnsi"/>
          <w:b/>
          <w:bCs/>
        </w:rPr>
        <w:t xml:space="preserve"> (APCN)</w:t>
      </w:r>
      <w:r w:rsidR="00071A92" w:rsidRPr="0062253C">
        <w:rPr>
          <w:rFonts w:asciiTheme="majorHAnsi" w:hAnsiTheme="majorHAnsi" w:cstheme="majorHAnsi"/>
          <w:b/>
          <w:bCs/>
        </w:rPr>
        <w:t xml:space="preserve"> </w:t>
      </w:r>
    </w:p>
    <w:p w14:paraId="0DF775D1" w14:textId="77777777" w:rsidR="00FC09B3" w:rsidRPr="0062253C" w:rsidRDefault="00FC09B3" w:rsidP="00FC09B3">
      <w:pPr>
        <w:rPr>
          <w:rFonts w:asciiTheme="majorHAnsi" w:hAnsiTheme="majorHAnsi" w:cstheme="majorHAnsi"/>
          <w:b/>
          <w:bCs/>
        </w:rPr>
      </w:pPr>
    </w:p>
    <w:p w14:paraId="7B5136CD" w14:textId="5A531D79" w:rsidR="00953C9D" w:rsidRPr="0062253C" w:rsidRDefault="000330CE" w:rsidP="00953C9D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 xml:space="preserve">Este formulário tem por finalidade reunir as informações necessárias para subsidiar a elaboração da proposta de criação de Programa de Pós-Graduação Stricto Sensu (APCN), em conformidade com o </w:t>
      </w:r>
      <w:r w:rsidR="008D5989" w:rsidRPr="0062253C">
        <w:rPr>
          <w:rFonts w:asciiTheme="majorHAnsi" w:hAnsiTheme="majorHAnsi" w:cstheme="majorHAnsi"/>
          <w:b/>
          <w:bCs/>
          <w:highlight w:val="yellow"/>
        </w:rPr>
        <w:t>Documento Orientador</w:t>
      </w:r>
      <w:r w:rsidR="00A70969" w:rsidRPr="0062253C">
        <w:rPr>
          <w:rFonts w:asciiTheme="majorHAnsi" w:hAnsiTheme="majorHAnsi" w:cstheme="majorHAnsi"/>
          <w:b/>
          <w:bCs/>
          <w:highlight w:val="yellow"/>
        </w:rPr>
        <w:t xml:space="preserve"> de APCN </w:t>
      </w:r>
      <w:r w:rsidR="000E57DA" w:rsidRPr="0062253C">
        <w:rPr>
          <w:rFonts w:asciiTheme="majorHAnsi" w:hAnsiTheme="majorHAnsi" w:cstheme="majorHAnsi"/>
          <w:b/>
          <w:bCs/>
          <w:highlight w:val="yellow"/>
        </w:rPr>
        <w:t xml:space="preserve">vigente </w:t>
      </w:r>
      <w:r w:rsidR="00A70969" w:rsidRPr="0062253C">
        <w:rPr>
          <w:rFonts w:asciiTheme="majorHAnsi" w:hAnsiTheme="majorHAnsi" w:cstheme="majorHAnsi"/>
          <w:b/>
          <w:bCs/>
          <w:highlight w:val="yellow"/>
        </w:rPr>
        <w:t>da respectiva área de avaliação, atualizado e publicado em 26/06/2026</w:t>
      </w:r>
      <w:r w:rsidR="00A70969" w:rsidRPr="0062253C">
        <w:rPr>
          <w:rFonts w:asciiTheme="majorHAnsi" w:hAnsiTheme="majorHAnsi" w:cstheme="majorHAnsi"/>
          <w:b/>
          <w:bCs/>
        </w:rPr>
        <w:t xml:space="preserve">, </w:t>
      </w:r>
      <w:r w:rsidR="00953C9D" w:rsidRPr="0062253C">
        <w:rPr>
          <w:rFonts w:asciiTheme="majorHAnsi" w:hAnsiTheme="majorHAnsi" w:cstheme="majorHAnsi"/>
          <w:b/>
          <w:bCs/>
        </w:rPr>
        <w:t xml:space="preserve">observando-se os critérios de avaliação, indicadores de qualidade e diretrizes estabelecidas para submissão de APCN. </w:t>
      </w:r>
    </w:p>
    <w:p w14:paraId="7C7873D3" w14:textId="77777777" w:rsidR="000330CE" w:rsidRPr="0062253C" w:rsidRDefault="000330CE" w:rsidP="00953C9D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7026965" w14:textId="419E99A0" w:rsidR="00FC09B3" w:rsidRPr="0062253C" w:rsidRDefault="00953C9D" w:rsidP="00953C9D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 xml:space="preserve">Acesso aos documentos de área da CAPES: </w:t>
      </w:r>
      <w:hyperlink r:id="rId7" w:history="1">
        <w:r w:rsidR="00581F80" w:rsidRPr="0062253C">
          <w:rPr>
            <w:rStyle w:val="Hyperlink"/>
            <w:rFonts w:asciiTheme="majorHAnsi" w:hAnsiTheme="majorHAnsi" w:cstheme="majorHAnsi"/>
          </w:rPr>
          <w:t>https://www.gov.br/capes/pt-br/acesso-a-informacao/acoes-e-programas/avaliacao/sobre-a-avaliacao/areas-avaliacao/sobre-as-areas-de-avaliacao/sobre-as-areas-de-avaliacao</w:t>
        </w:r>
      </w:hyperlink>
      <w:r w:rsidR="00581F80" w:rsidRPr="0062253C">
        <w:rPr>
          <w:rFonts w:asciiTheme="majorHAnsi" w:hAnsiTheme="majorHAnsi" w:cstheme="majorHAnsi"/>
        </w:rPr>
        <w:t xml:space="preserve"> </w:t>
      </w:r>
    </w:p>
    <w:p w14:paraId="6F04A246" w14:textId="77777777" w:rsidR="00953C9D" w:rsidRPr="0062253C" w:rsidRDefault="00953C9D" w:rsidP="00953C9D">
      <w:pPr>
        <w:jc w:val="both"/>
        <w:rPr>
          <w:rFonts w:asciiTheme="majorHAnsi" w:hAnsiTheme="majorHAnsi" w:cstheme="majorHAnsi"/>
          <w:b/>
          <w:bCs/>
        </w:rPr>
      </w:pPr>
    </w:p>
    <w:p w14:paraId="247228C5" w14:textId="77777777" w:rsidR="000330CE" w:rsidRPr="0062253C" w:rsidRDefault="000330CE" w:rsidP="000330CE">
      <w:pPr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As informações prestadas servirão de base para a assessoria técnica da Diretoria de Programas Estratégicos (DPE/PROPESP) durante o processo de elaboração da proposta.</w:t>
      </w:r>
    </w:p>
    <w:p w14:paraId="4A92D51F" w14:textId="77777777" w:rsidR="000330CE" w:rsidRPr="0062253C" w:rsidRDefault="000330CE" w:rsidP="000330CE">
      <w:pPr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Recomenda-se que as respostas sejam objetivas e fundamentadas, sempre que possível, em dados, indicadores, documentos institucionais, normativos, evidências e demais informações que contribuam para demonstrar a consistência, viabilidade e relevância da proposta.</w:t>
      </w:r>
    </w:p>
    <w:p w14:paraId="7E06F201" w14:textId="77777777" w:rsidR="000330CE" w:rsidRPr="0062253C" w:rsidRDefault="000330CE" w:rsidP="000330CE">
      <w:pPr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Quando pertinente, anexar documentos complementares que subsidiem as informações apresentadas.</w:t>
      </w:r>
    </w:p>
    <w:p w14:paraId="2CDC28D5" w14:textId="584BE3D2" w:rsidR="00070BA1" w:rsidRPr="0062253C" w:rsidRDefault="002A31B9" w:rsidP="001705B7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 xml:space="preserve">1. IDENTIFICAÇÃO DO(A) </w:t>
      </w:r>
      <w:r w:rsidR="00071A92" w:rsidRPr="0062253C">
        <w:rPr>
          <w:rFonts w:asciiTheme="majorHAnsi" w:hAnsiTheme="majorHAnsi" w:cstheme="majorHAnsi"/>
          <w:b/>
          <w:bCs/>
        </w:rPr>
        <w:t>PROGRAMA</w:t>
      </w:r>
    </w:p>
    <w:p w14:paraId="5A2D08DF" w14:textId="0E9AEA6B" w:rsidR="00071A92" w:rsidRDefault="00162CAA" w:rsidP="001705B7">
      <w:pPr>
        <w:spacing w:after="0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t xml:space="preserve">1.1 </w:t>
      </w:r>
      <w:r w:rsidR="00071A92" w:rsidRPr="0062253C">
        <w:rPr>
          <w:rFonts w:asciiTheme="majorHAnsi" w:hAnsiTheme="majorHAnsi" w:cstheme="majorHAnsi"/>
        </w:rPr>
        <w:t>Título do Programa: Programa de Pós-graduação em ___________________</w:t>
      </w:r>
      <w:r w:rsidR="00AC3E7B">
        <w:rPr>
          <w:rFonts w:asciiTheme="majorHAnsi" w:hAnsiTheme="majorHAnsi" w:cstheme="majorHAnsi"/>
        </w:rPr>
        <w:t>____</w:t>
      </w:r>
      <w:r w:rsidR="00071A92" w:rsidRPr="0062253C">
        <w:rPr>
          <w:rFonts w:asciiTheme="majorHAnsi" w:hAnsiTheme="majorHAnsi" w:cstheme="majorHAnsi"/>
        </w:rPr>
        <w:t>________________</w:t>
      </w:r>
    </w:p>
    <w:p w14:paraId="0CBA298F" w14:textId="681FC95C" w:rsidR="00071A92" w:rsidRPr="0062253C" w:rsidRDefault="00162CAA" w:rsidP="001705B7">
      <w:pPr>
        <w:spacing w:after="0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t xml:space="preserve">1.2 </w:t>
      </w:r>
      <w:r w:rsidR="00071A92" w:rsidRPr="0062253C">
        <w:rPr>
          <w:rFonts w:asciiTheme="majorHAnsi" w:hAnsiTheme="majorHAnsi" w:cstheme="majorHAnsi"/>
        </w:rPr>
        <w:t xml:space="preserve">Nível: </w:t>
      </w:r>
      <w:proofErr w:type="gramStart"/>
      <w:r w:rsidR="00071A92" w:rsidRPr="0062253C">
        <w:rPr>
          <w:rFonts w:asciiTheme="majorHAnsi" w:hAnsiTheme="majorHAnsi" w:cstheme="majorHAnsi"/>
        </w:rPr>
        <w:t>( )</w:t>
      </w:r>
      <w:proofErr w:type="gramEnd"/>
      <w:r w:rsidR="00071A92" w:rsidRPr="0062253C">
        <w:rPr>
          <w:rFonts w:asciiTheme="majorHAnsi" w:hAnsiTheme="majorHAnsi" w:cstheme="majorHAnsi"/>
        </w:rPr>
        <w:t xml:space="preserve"> Mestrado Acadêmico </w:t>
      </w:r>
      <w:proofErr w:type="gramStart"/>
      <w:r w:rsidR="00071A92" w:rsidRPr="0062253C">
        <w:rPr>
          <w:rFonts w:asciiTheme="majorHAnsi" w:hAnsiTheme="majorHAnsi" w:cstheme="majorHAnsi"/>
        </w:rPr>
        <w:t>( )</w:t>
      </w:r>
      <w:proofErr w:type="gramEnd"/>
      <w:r w:rsidR="00071A92" w:rsidRPr="0062253C">
        <w:rPr>
          <w:rFonts w:asciiTheme="majorHAnsi" w:hAnsiTheme="majorHAnsi" w:cstheme="majorHAnsi"/>
        </w:rPr>
        <w:t xml:space="preserve"> Mestrado Profissional </w:t>
      </w:r>
      <w:proofErr w:type="gramStart"/>
      <w:r w:rsidR="00071A92" w:rsidRPr="0062253C">
        <w:rPr>
          <w:rFonts w:asciiTheme="majorHAnsi" w:hAnsiTheme="majorHAnsi" w:cstheme="majorHAnsi"/>
        </w:rPr>
        <w:t>( )</w:t>
      </w:r>
      <w:proofErr w:type="gramEnd"/>
      <w:r w:rsidR="00071A92" w:rsidRPr="0062253C">
        <w:rPr>
          <w:rFonts w:asciiTheme="majorHAnsi" w:hAnsiTheme="majorHAnsi" w:cstheme="majorHAnsi"/>
        </w:rPr>
        <w:t xml:space="preserve"> Doutorado</w:t>
      </w:r>
    </w:p>
    <w:p w14:paraId="5CD8FE8E" w14:textId="33D93BF9" w:rsidR="00071A92" w:rsidRPr="0062253C" w:rsidRDefault="00162CAA" w:rsidP="001705B7">
      <w:pPr>
        <w:spacing w:after="0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t xml:space="preserve">1.3 </w:t>
      </w:r>
      <w:r w:rsidR="00071A92" w:rsidRPr="0062253C">
        <w:rPr>
          <w:rFonts w:asciiTheme="majorHAnsi" w:hAnsiTheme="majorHAnsi" w:cstheme="majorHAnsi"/>
        </w:rPr>
        <w:t>Área de Avaliação (CAPES): ___________________________________</w:t>
      </w:r>
      <w:r w:rsidR="00AC3E7B">
        <w:rPr>
          <w:rFonts w:asciiTheme="majorHAnsi" w:hAnsiTheme="majorHAnsi" w:cstheme="majorHAnsi"/>
        </w:rPr>
        <w:t>_____________</w:t>
      </w:r>
      <w:r w:rsidR="00071A92" w:rsidRPr="0062253C">
        <w:rPr>
          <w:rFonts w:asciiTheme="majorHAnsi" w:hAnsiTheme="majorHAnsi" w:cstheme="majorHAnsi"/>
        </w:rPr>
        <w:t>____________</w:t>
      </w:r>
    </w:p>
    <w:p w14:paraId="0BAA82DA" w14:textId="6E772285" w:rsidR="00071A92" w:rsidRPr="0062253C" w:rsidRDefault="00162CAA" w:rsidP="001705B7">
      <w:pPr>
        <w:spacing w:after="0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t xml:space="preserve">1.4 </w:t>
      </w:r>
      <w:r w:rsidR="00071A92" w:rsidRPr="0062253C">
        <w:rPr>
          <w:rFonts w:asciiTheme="majorHAnsi" w:hAnsiTheme="majorHAnsi" w:cstheme="majorHAnsi"/>
        </w:rPr>
        <w:t>Área de Concentração: ______________________________________________</w:t>
      </w:r>
      <w:r w:rsidR="00AC3E7B">
        <w:rPr>
          <w:rFonts w:asciiTheme="majorHAnsi" w:hAnsiTheme="majorHAnsi" w:cstheme="majorHAnsi"/>
        </w:rPr>
        <w:t>_________</w:t>
      </w:r>
      <w:r w:rsidR="00720B4F" w:rsidRPr="0062253C">
        <w:rPr>
          <w:rFonts w:asciiTheme="majorHAnsi" w:hAnsiTheme="majorHAnsi" w:cstheme="majorHAnsi"/>
        </w:rPr>
        <w:t>_</w:t>
      </w:r>
      <w:r w:rsidR="00071A92" w:rsidRPr="0062253C">
        <w:rPr>
          <w:rFonts w:asciiTheme="majorHAnsi" w:hAnsiTheme="majorHAnsi" w:cstheme="majorHAnsi"/>
        </w:rPr>
        <w:t>____</w:t>
      </w:r>
      <w:r w:rsidR="00B425FF" w:rsidRPr="0062253C">
        <w:rPr>
          <w:rFonts w:asciiTheme="majorHAnsi" w:hAnsiTheme="majorHAnsi" w:cstheme="majorHAnsi"/>
        </w:rPr>
        <w:t>_</w:t>
      </w:r>
      <w:r w:rsidR="00071A92" w:rsidRPr="0062253C">
        <w:rPr>
          <w:rFonts w:asciiTheme="majorHAnsi" w:hAnsiTheme="majorHAnsi" w:cstheme="majorHAnsi"/>
        </w:rPr>
        <w:t>__</w:t>
      </w:r>
    </w:p>
    <w:p w14:paraId="66DA2EFE" w14:textId="77777777" w:rsidR="001705B7" w:rsidRDefault="001705B7" w:rsidP="001705B7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37708C3E" w14:textId="7B61828C" w:rsidR="00070BA1" w:rsidRPr="0062253C" w:rsidRDefault="00162CAA" w:rsidP="001705B7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 xml:space="preserve">2. </w:t>
      </w:r>
      <w:r w:rsidR="00071A92" w:rsidRPr="0062253C">
        <w:rPr>
          <w:rFonts w:asciiTheme="majorHAnsi" w:hAnsiTheme="majorHAnsi" w:cstheme="majorHAnsi"/>
          <w:b/>
          <w:bCs/>
        </w:rPr>
        <w:t>LINHAS DE PESQUISA</w:t>
      </w:r>
    </w:p>
    <w:p w14:paraId="4CA9EAAF" w14:textId="4C105B53" w:rsidR="00071A92" w:rsidRPr="0062253C" w:rsidRDefault="00071A92" w:rsidP="001705B7">
      <w:pPr>
        <w:spacing w:after="0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t>Linha de Pesquisa 1: ___________________________________________________________</w:t>
      </w:r>
      <w:r w:rsidR="00B903E7">
        <w:rPr>
          <w:rFonts w:asciiTheme="majorHAnsi" w:hAnsiTheme="majorHAnsi" w:cstheme="majorHAnsi"/>
        </w:rPr>
        <w:t>_________</w:t>
      </w:r>
    </w:p>
    <w:p w14:paraId="00287FB7" w14:textId="778718E5" w:rsidR="00071A92" w:rsidRPr="0062253C" w:rsidRDefault="00071A92" w:rsidP="001705B7">
      <w:pPr>
        <w:spacing w:after="0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t>Linha de Pesquisa 2: _____________________________________________________________</w:t>
      </w:r>
      <w:r w:rsidR="00B903E7">
        <w:rPr>
          <w:rFonts w:asciiTheme="majorHAnsi" w:hAnsiTheme="majorHAnsi" w:cstheme="majorHAnsi"/>
        </w:rPr>
        <w:t>_______</w:t>
      </w:r>
    </w:p>
    <w:p w14:paraId="6936EE51" w14:textId="77777777" w:rsidR="001705B7" w:rsidRDefault="001705B7" w:rsidP="00737597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0AD05395" w14:textId="2310115A" w:rsidR="00162CAA" w:rsidRPr="0062253C" w:rsidRDefault="00162CAA" w:rsidP="00737597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3</w:t>
      </w:r>
      <w:r w:rsidR="00235BFC">
        <w:rPr>
          <w:rFonts w:asciiTheme="majorHAnsi" w:hAnsiTheme="majorHAnsi" w:cstheme="majorHAnsi"/>
          <w:b/>
          <w:bCs/>
        </w:rPr>
        <w:t>.</w:t>
      </w:r>
      <w:r w:rsidRPr="0062253C">
        <w:rPr>
          <w:rFonts w:asciiTheme="majorHAnsi" w:hAnsiTheme="majorHAnsi" w:cstheme="majorHAnsi"/>
          <w:b/>
          <w:bCs/>
        </w:rPr>
        <w:t xml:space="preserve"> OBJETIVOS DO PROGRAMA</w:t>
      </w:r>
    </w:p>
    <w:p w14:paraId="023526E8" w14:textId="77777777" w:rsidR="00FE31FF" w:rsidRPr="0062253C" w:rsidRDefault="00162CAA" w:rsidP="0073759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t>3.1 Objetivo Geral:</w:t>
      </w:r>
    </w:p>
    <w:p w14:paraId="0C3744CF" w14:textId="58F7DF5E" w:rsidR="00162CAA" w:rsidRPr="0062253C" w:rsidRDefault="00FE31FF" w:rsidP="0073759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23E0AB" w14:textId="28CA2698" w:rsidR="00FE31FF" w:rsidRPr="0062253C" w:rsidRDefault="00162CAA" w:rsidP="0073759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lastRenderedPageBreak/>
        <w:t>3.2 Objetivo</w:t>
      </w:r>
      <w:r w:rsidR="00A43D4E" w:rsidRPr="0062253C">
        <w:rPr>
          <w:rFonts w:asciiTheme="majorHAnsi" w:hAnsiTheme="majorHAnsi" w:cstheme="majorHAnsi"/>
        </w:rPr>
        <w:t>s</w:t>
      </w:r>
      <w:r w:rsidRPr="0062253C">
        <w:rPr>
          <w:rFonts w:asciiTheme="majorHAnsi" w:hAnsiTheme="majorHAnsi" w:cstheme="majorHAnsi"/>
        </w:rPr>
        <w:t xml:space="preserve"> Específico</w:t>
      </w:r>
      <w:r w:rsidR="00A43D4E" w:rsidRPr="0062253C">
        <w:rPr>
          <w:rFonts w:asciiTheme="majorHAnsi" w:hAnsiTheme="majorHAnsi" w:cstheme="majorHAnsi"/>
        </w:rPr>
        <w:t>s</w:t>
      </w:r>
      <w:r w:rsidRPr="0062253C">
        <w:rPr>
          <w:rFonts w:asciiTheme="majorHAnsi" w:hAnsiTheme="majorHAnsi" w:cstheme="majorHAnsi"/>
        </w:rPr>
        <w:t>:</w:t>
      </w:r>
      <w:r w:rsidR="00FE31FF" w:rsidRPr="0062253C">
        <w:rPr>
          <w:rFonts w:asciiTheme="majorHAnsi" w:hAnsiTheme="majorHAnsi" w:cstheme="majorHAnsi"/>
        </w:rPr>
        <w:t xml:space="preserve"> </w:t>
      </w:r>
    </w:p>
    <w:p w14:paraId="0DF1720F" w14:textId="28CD7201" w:rsidR="00162CAA" w:rsidRPr="0062253C" w:rsidRDefault="00FE31FF" w:rsidP="0073759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87CCE2" w14:textId="77777777" w:rsidR="00162CAA" w:rsidRPr="0062253C" w:rsidRDefault="00162CAA" w:rsidP="0073759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E1B3D4C" w14:textId="39A8FD74" w:rsidR="00162CAA" w:rsidRPr="0062253C" w:rsidRDefault="00162CAA" w:rsidP="00A705B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  <w:b/>
          <w:bCs/>
        </w:rPr>
        <w:t>4</w:t>
      </w:r>
      <w:r w:rsidR="00235BFC">
        <w:rPr>
          <w:rFonts w:asciiTheme="majorHAnsi" w:hAnsiTheme="majorHAnsi" w:cstheme="majorHAnsi"/>
          <w:b/>
          <w:bCs/>
        </w:rPr>
        <w:t>.</w:t>
      </w:r>
      <w:r w:rsidRPr="0062253C">
        <w:rPr>
          <w:rFonts w:asciiTheme="majorHAnsi" w:hAnsiTheme="majorHAnsi" w:cstheme="majorHAnsi"/>
          <w:b/>
          <w:bCs/>
        </w:rPr>
        <w:t xml:space="preserve"> PERFIL </w:t>
      </w:r>
      <w:r w:rsidR="00A70969" w:rsidRPr="0062253C">
        <w:rPr>
          <w:rFonts w:asciiTheme="majorHAnsi" w:hAnsiTheme="majorHAnsi" w:cstheme="majorHAnsi"/>
          <w:b/>
          <w:bCs/>
        </w:rPr>
        <w:t>EGRESSO</w:t>
      </w:r>
      <w:r w:rsidRPr="0062253C">
        <w:rPr>
          <w:rFonts w:asciiTheme="majorHAnsi" w:hAnsiTheme="majorHAnsi" w:cstheme="majorHAnsi"/>
        </w:rPr>
        <w:t xml:space="preserve"> (Descrever competências</w:t>
      </w:r>
      <w:r w:rsidR="00D74251" w:rsidRPr="0062253C">
        <w:rPr>
          <w:rFonts w:asciiTheme="majorHAnsi" w:hAnsiTheme="majorHAnsi" w:cstheme="majorHAnsi"/>
        </w:rPr>
        <w:t>, habilidades</w:t>
      </w:r>
      <w:r w:rsidRPr="0062253C">
        <w:rPr>
          <w:rFonts w:asciiTheme="majorHAnsi" w:hAnsiTheme="majorHAnsi" w:cstheme="majorHAnsi"/>
        </w:rPr>
        <w:t xml:space="preserve"> e perfil esperado</w:t>
      </w:r>
      <w:r w:rsidR="006205B8" w:rsidRPr="0062253C">
        <w:rPr>
          <w:rFonts w:asciiTheme="majorHAnsi" w:hAnsiTheme="majorHAnsi" w:cstheme="majorHAnsi"/>
        </w:rPr>
        <w:t>, quantitativo de vagas</w:t>
      </w:r>
      <w:r w:rsidRPr="0062253C">
        <w:rPr>
          <w:rFonts w:asciiTheme="majorHAnsi" w:hAnsiTheme="majorHAnsi" w:cstheme="majorHAnsi"/>
        </w:rPr>
        <w:t xml:space="preserve">):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210C85" w:rsidRPr="0062253C" w14:paraId="5092BA48" w14:textId="77777777" w:rsidTr="00700F05">
        <w:tc>
          <w:tcPr>
            <w:tcW w:w="9545" w:type="dxa"/>
          </w:tcPr>
          <w:p w14:paraId="2886F7A5" w14:textId="36DD7182" w:rsidR="00210C85" w:rsidRPr="0062253C" w:rsidRDefault="0000383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5CD733A8" w14:textId="77777777" w:rsidR="00210C85" w:rsidRPr="0062253C" w:rsidRDefault="00210C85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6E58F25" w14:textId="77777777" w:rsidR="00210C85" w:rsidRPr="0062253C" w:rsidRDefault="00210C85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FB1537C" w14:textId="77777777" w:rsidR="00210C85" w:rsidRPr="0062253C" w:rsidRDefault="00210C85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0DC9C1C" w14:textId="77777777" w:rsidR="00210C85" w:rsidRPr="0062253C" w:rsidRDefault="00210C85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A5D8C8E" w14:textId="77777777" w:rsidR="00210C85" w:rsidRPr="0062253C" w:rsidRDefault="00210C85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1E5E7C5" w14:textId="77777777" w:rsidR="00210C85" w:rsidRPr="0062253C" w:rsidRDefault="00210C85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BF96125" w14:textId="77777777" w:rsidR="00210C85" w:rsidRPr="0062253C" w:rsidRDefault="00210C85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910B23E" w14:textId="77777777" w:rsidR="00210C85" w:rsidRPr="0062253C" w:rsidRDefault="00210C85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40D66111" w14:textId="0650E2C1" w:rsidR="00162CAA" w:rsidRPr="0062253C" w:rsidRDefault="00162CAA" w:rsidP="00A705BF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160D3BB3" w14:textId="46189F6D" w:rsidR="006205B8" w:rsidRPr="0062253C" w:rsidRDefault="00162CAA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5</w:t>
      </w:r>
      <w:r w:rsidR="00235BFC">
        <w:rPr>
          <w:rFonts w:asciiTheme="majorHAnsi" w:hAnsiTheme="majorHAnsi" w:cstheme="majorHAnsi"/>
          <w:b/>
          <w:bCs/>
        </w:rPr>
        <w:t>.</w:t>
      </w:r>
      <w:r w:rsidR="00160DFF" w:rsidRPr="0062253C">
        <w:rPr>
          <w:rFonts w:asciiTheme="majorHAnsi" w:hAnsiTheme="majorHAnsi" w:cstheme="majorHAnsi"/>
          <w:b/>
          <w:bCs/>
        </w:rPr>
        <w:t xml:space="preserve"> </w:t>
      </w:r>
      <w:r w:rsidRPr="0062253C">
        <w:rPr>
          <w:rFonts w:asciiTheme="majorHAnsi" w:hAnsiTheme="majorHAnsi" w:cstheme="majorHAnsi"/>
          <w:b/>
          <w:bCs/>
        </w:rPr>
        <w:t xml:space="preserve">ESTRUTURA CURRICULAR </w:t>
      </w:r>
    </w:p>
    <w:p w14:paraId="718C9386" w14:textId="31FA8D3E" w:rsidR="00983B6E" w:rsidRPr="0062253C" w:rsidRDefault="00983B6E" w:rsidP="00A705B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591384">
        <w:rPr>
          <w:rFonts w:asciiTheme="majorHAnsi" w:hAnsiTheme="majorHAnsi" w:cstheme="majorHAnsi"/>
          <w:b/>
          <w:bCs/>
        </w:rPr>
        <w:t xml:space="preserve">5.1 </w:t>
      </w:r>
      <w:r w:rsidR="006205B8" w:rsidRPr="00591384">
        <w:rPr>
          <w:rFonts w:asciiTheme="majorHAnsi" w:hAnsiTheme="majorHAnsi" w:cstheme="majorHAnsi"/>
          <w:b/>
          <w:bCs/>
        </w:rPr>
        <w:t>Organização curricular</w:t>
      </w:r>
      <w:r w:rsidR="006205B8" w:rsidRPr="0062253C">
        <w:rPr>
          <w:rFonts w:asciiTheme="majorHAnsi" w:hAnsiTheme="majorHAnsi" w:cstheme="majorHAnsi"/>
        </w:rPr>
        <w:t xml:space="preserve"> </w:t>
      </w:r>
      <w:r w:rsidR="006205B8" w:rsidRPr="0062253C">
        <w:rPr>
          <w:rFonts w:asciiTheme="majorHAnsi" w:hAnsiTheme="majorHAnsi" w:cstheme="majorHAnsi"/>
          <w:i/>
          <w:iCs/>
        </w:rPr>
        <w:t>(descreva a estrutura curricular do curso)</w:t>
      </w:r>
      <w:r w:rsidR="006205B8" w:rsidRPr="0062253C">
        <w:rPr>
          <w:rFonts w:asciiTheme="majorHAnsi" w:hAnsiTheme="majorHAnsi" w:cstheme="majorHAnsi"/>
        </w:rPr>
        <w:t xml:space="preserve">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9B10A0" w:rsidRPr="0062253C" w14:paraId="5AE01E47" w14:textId="77777777" w:rsidTr="004E6A5D">
        <w:tc>
          <w:tcPr>
            <w:tcW w:w="9545" w:type="dxa"/>
          </w:tcPr>
          <w:p w14:paraId="4B404B40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7C93B60B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9BBB9C8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1D31C2D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AECC11D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7B95C69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D1B110C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269B83A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CCD4BC2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72565DE5" w14:textId="77777777" w:rsidR="00983B6E" w:rsidRPr="0062253C" w:rsidRDefault="00983B6E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371B84C2" w14:textId="4A1DBFDD" w:rsidR="006205B8" w:rsidRPr="00591384" w:rsidRDefault="006205B8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591384">
        <w:rPr>
          <w:rFonts w:asciiTheme="majorHAnsi" w:hAnsiTheme="majorHAnsi" w:cstheme="majorHAnsi"/>
          <w:b/>
          <w:bCs/>
        </w:rPr>
        <w:t>5.2 Disciplinas Obrigatórias</w:t>
      </w: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4772"/>
        <w:gridCol w:w="4773"/>
      </w:tblGrid>
      <w:tr w:rsidR="00983B6E" w:rsidRPr="0062253C" w14:paraId="750F0512" w14:textId="77777777" w:rsidTr="008D5989">
        <w:tc>
          <w:tcPr>
            <w:tcW w:w="4772" w:type="dxa"/>
            <w:shd w:val="clear" w:color="auto" w:fill="D9D9D9" w:themeFill="background1" w:themeFillShade="D9"/>
          </w:tcPr>
          <w:p w14:paraId="34E6BF20" w14:textId="57C7CA20" w:rsidR="00983B6E" w:rsidRPr="0062253C" w:rsidRDefault="00983B6E" w:rsidP="00A705BF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Disciplina</w:t>
            </w:r>
          </w:p>
        </w:tc>
        <w:tc>
          <w:tcPr>
            <w:tcW w:w="4773" w:type="dxa"/>
            <w:shd w:val="clear" w:color="auto" w:fill="D9D9D9" w:themeFill="background1" w:themeFillShade="D9"/>
          </w:tcPr>
          <w:p w14:paraId="133F0E29" w14:textId="74A60290" w:rsidR="00983B6E" w:rsidRPr="0062253C" w:rsidRDefault="00983B6E" w:rsidP="00A705BF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Carga Horária</w:t>
            </w:r>
          </w:p>
        </w:tc>
      </w:tr>
      <w:tr w:rsidR="00983B6E" w:rsidRPr="0062253C" w14:paraId="254335E3" w14:textId="77777777" w:rsidTr="00983B6E">
        <w:tc>
          <w:tcPr>
            <w:tcW w:w="4772" w:type="dxa"/>
          </w:tcPr>
          <w:p w14:paraId="137942EB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4773" w:type="dxa"/>
          </w:tcPr>
          <w:p w14:paraId="2E08DE41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983B6E" w:rsidRPr="0062253C" w14:paraId="663CA3D8" w14:textId="77777777" w:rsidTr="00983B6E">
        <w:tc>
          <w:tcPr>
            <w:tcW w:w="4772" w:type="dxa"/>
          </w:tcPr>
          <w:p w14:paraId="62006A62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4773" w:type="dxa"/>
          </w:tcPr>
          <w:p w14:paraId="44FE2E22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78A4A65D" w14:textId="77777777" w:rsidR="00983B6E" w:rsidRPr="0062253C" w:rsidRDefault="00983B6E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41F86DCE" w14:textId="77777777" w:rsidR="006205B8" w:rsidRPr="00591384" w:rsidRDefault="006205B8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591384">
        <w:rPr>
          <w:rFonts w:asciiTheme="majorHAnsi" w:hAnsiTheme="majorHAnsi" w:cstheme="majorHAnsi"/>
          <w:b/>
          <w:bCs/>
        </w:rPr>
        <w:t>5.3 Disciplinas Optativas:</w:t>
      </w: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4772"/>
        <w:gridCol w:w="4773"/>
      </w:tblGrid>
      <w:tr w:rsidR="00983B6E" w:rsidRPr="0062253C" w14:paraId="1108176A" w14:textId="77777777" w:rsidTr="008D5989">
        <w:tc>
          <w:tcPr>
            <w:tcW w:w="4772" w:type="dxa"/>
            <w:shd w:val="clear" w:color="auto" w:fill="D9D9D9" w:themeFill="background1" w:themeFillShade="D9"/>
          </w:tcPr>
          <w:p w14:paraId="2A5F949B" w14:textId="77777777" w:rsidR="00983B6E" w:rsidRPr="0062253C" w:rsidRDefault="00983B6E" w:rsidP="00A705BF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Disciplina</w:t>
            </w:r>
          </w:p>
        </w:tc>
        <w:tc>
          <w:tcPr>
            <w:tcW w:w="4773" w:type="dxa"/>
            <w:shd w:val="clear" w:color="auto" w:fill="D9D9D9" w:themeFill="background1" w:themeFillShade="D9"/>
          </w:tcPr>
          <w:p w14:paraId="2FD4C7F7" w14:textId="77777777" w:rsidR="00983B6E" w:rsidRPr="0062253C" w:rsidRDefault="00983B6E" w:rsidP="00A705BF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Carga Horária</w:t>
            </w:r>
          </w:p>
        </w:tc>
      </w:tr>
      <w:tr w:rsidR="00983B6E" w:rsidRPr="0062253C" w14:paraId="601A5804" w14:textId="77777777" w:rsidTr="00700F05">
        <w:tc>
          <w:tcPr>
            <w:tcW w:w="4772" w:type="dxa"/>
          </w:tcPr>
          <w:p w14:paraId="7E76F853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4773" w:type="dxa"/>
          </w:tcPr>
          <w:p w14:paraId="3521788C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983B6E" w:rsidRPr="0062253C" w14:paraId="48DFBB35" w14:textId="77777777" w:rsidTr="00700F05">
        <w:tc>
          <w:tcPr>
            <w:tcW w:w="4772" w:type="dxa"/>
          </w:tcPr>
          <w:p w14:paraId="6DAF8464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4773" w:type="dxa"/>
          </w:tcPr>
          <w:p w14:paraId="0176E299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71FA4CC2" w14:textId="77777777" w:rsidR="00983B6E" w:rsidRPr="0062253C" w:rsidRDefault="00983B6E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6D3D10C5" w14:textId="74094F20" w:rsidR="00983B6E" w:rsidRPr="0062253C" w:rsidRDefault="006205B8" w:rsidP="00A705B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591384">
        <w:rPr>
          <w:rFonts w:asciiTheme="majorHAnsi" w:hAnsiTheme="majorHAnsi" w:cstheme="majorHAnsi"/>
          <w:b/>
          <w:bCs/>
        </w:rPr>
        <w:t>5.4 Atividades acadêmicas</w:t>
      </w:r>
      <w:r w:rsidRPr="0062253C">
        <w:rPr>
          <w:rFonts w:asciiTheme="majorHAnsi" w:hAnsiTheme="majorHAnsi" w:cstheme="majorHAnsi"/>
          <w:b/>
          <w:bCs/>
        </w:rPr>
        <w:t xml:space="preserve">: </w:t>
      </w:r>
      <w:r w:rsidR="00B30BE7" w:rsidRPr="0062253C">
        <w:rPr>
          <w:rFonts w:asciiTheme="majorHAnsi" w:hAnsiTheme="majorHAnsi" w:cstheme="majorHAnsi"/>
          <w:b/>
          <w:bCs/>
          <w:i/>
          <w:iCs/>
        </w:rPr>
        <w:t>(</w:t>
      </w:r>
      <w:r w:rsidR="00B30BE7" w:rsidRPr="0062253C">
        <w:rPr>
          <w:rFonts w:asciiTheme="majorHAnsi" w:hAnsiTheme="majorHAnsi" w:cstheme="majorHAnsi"/>
          <w:i/>
          <w:iCs/>
        </w:rPr>
        <w:t>seminários; estágio de docência (quando aplicável); atividades complementares; outras atividades previstas.</w:t>
      </w:r>
      <w:r w:rsidR="00162CAA" w:rsidRPr="0062253C">
        <w:rPr>
          <w:rFonts w:asciiTheme="majorHAnsi" w:hAnsiTheme="majorHAnsi" w:cstheme="majorHAnsi"/>
          <w:i/>
          <w:iCs/>
        </w:rPr>
        <w:t>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983B6E" w:rsidRPr="0062253C" w14:paraId="22BA6B50" w14:textId="77777777" w:rsidTr="00700F05">
        <w:tc>
          <w:tcPr>
            <w:tcW w:w="9545" w:type="dxa"/>
          </w:tcPr>
          <w:p w14:paraId="129ADE36" w14:textId="34EB4C85" w:rsidR="00983B6E" w:rsidRPr="0062253C" w:rsidRDefault="0000383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5A4B7836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C4F8B1B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2985C55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A1AF456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71C3759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0841C56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73FE243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8D80812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0718D7CD" w14:textId="77777777" w:rsidR="00162CAA" w:rsidRPr="00591384" w:rsidRDefault="00162CAA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75ECFC33" w14:textId="3224B052" w:rsidR="009B10A0" w:rsidRPr="0062253C" w:rsidRDefault="009B10A0" w:rsidP="00A705B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591384">
        <w:rPr>
          <w:rFonts w:asciiTheme="majorHAnsi" w:hAnsiTheme="majorHAnsi" w:cstheme="majorHAnsi"/>
          <w:b/>
          <w:bCs/>
        </w:rPr>
        <w:t>5.</w:t>
      </w:r>
      <w:r w:rsidR="00415A4F" w:rsidRPr="00591384">
        <w:rPr>
          <w:rFonts w:asciiTheme="majorHAnsi" w:hAnsiTheme="majorHAnsi" w:cstheme="majorHAnsi"/>
          <w:b/>
          <w:bCs/>
        </w:rPr>
        <w:t>5</w:t>
      </w:r>
      <w:r w:rsidRPr="00591384">
        <w:rPr>
          <w:rFonts w:asciiTheme="majorHAnsi" w:hAnsiTheme="majorHAnsi" w:cstheme="majorHAnsi"/>
          <w:b/>
          <w:bCs/>
        </w:rPr>
        <w:t xml:space="preserve"> Organização acadêmica</w:t>
      </w:r>
      <w:r w:rsidRPr="0062253C">
        <w:rPr>
          <w:rFonts w:asciiTheme="majorHAnsi" w:hAnsiTheme="majorHAnsi" w:cstheme="majorHAnsi"/>
        </w:rPr>
        <w:t xml:space="preserve"> </w:t>
      </w:r>
      <w:r w:rsidRPr="0062253C">
        <w:rPr>
          <w:rFonts w:asciiTheme="majorHAnsi" w:hAnsiTheme="majorHAnsi" w:cstheme="majorHAnsi"/>
          <w:i/>
          <w:iCs/>
        </w:rPr>
        <w:t>(periodicidade da oferta; número de vagas anuais; regime acadêmico; duração do curso; créditos totais; idioma(s) de oferta (quando pertinente).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9B10A0" w:rsidRPr="0062253C" w14:paraId="1CBD9FA4" w14:textId="77777777" w:rsidTr="004E6A5D">
        <w:tc>
          <w:tcPr>
            <w:tcW w:w="9545" w:type="dxa"/>
          </w:tcPr>
          <w:p w14:paraId="1F942FFC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130188FA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CF09BAA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5908F1D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5CF3AE1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A12A095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7A73B9C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5A6B473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7658574" w14:textId="77777777" w:rsidR="009B10A0" w:rsidRPr="0062253C" w:rsidRDefault="009B10A0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31A20AA8" w14:textId="77777777" w:rsidR="009B10A0" w:rsidRPr="0062253C" w:rsidRDefault="009B10A0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137E04EC" w14:textId="3E936442" w:rsidR="00737597" w:rsidRPr="0062253C" w:rsidRDefault="00162CAA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6</w:t>
      </w:r>
      <w:r w:rsidR="00737597" w:rsidRPr="0062253C">
        <w:rPr>
          <w:rFonts w:asciiTheme="majorHAnsi" w:hAnsiTheme="majorHAnsi" w:cstheme="majorHAnsi"/>
          <w:b/>
          <w:bCs/>
        </w:rPr>
        <w:t>. JUSTIFICATIVA</w:t>
      </w:r>
    </w:p>
    <w:p w14:paraId="00E1835B" w14:textId="7A92B224" w:rsidR="00737597" w:rsidRPr="0062253C" w:rsidRDefault="00162CAA" w:rsidP="00A705B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  <w:b/>
          <w:bCs/>
        </w:rPr>
        <w:t>6</w:t>
      </w:r>
      <w:r w:rsidR="00737597" w:rsidRPr="0062253C">
        <w:rPr>
          <w:rFonts w:asciiTheme="majorHAnsi" w:hAnsiTheme="majorHAnsi" w:cstheme="majorHAnsi"/>
          <w:b/>
          <w:bCs/>
        </w:rPr>
        <w:t xml:space="preserve">.1 Contextualização da Proposta </w:t>
      </w:r>
      <w:r w:rsidR="004921E9" w:rsidRPr="0062253C">
        <w:rPr>
          <w:rFonts w:asciiTheme="majorHAnsi" w:hAnsiTheme="majorHAnsi" w:cstheme="majorHAnsi"/>
          <w:b/>
          <w:bCs/>
        </w:rPr>
        <w:t xml:space="preserve">- </w:t>
      </w:r>
      <w:r w:rsidR="004921E9" w:rsidRPr="0062253C">
        <w:rPr>
          <w:rFonts w:asciiTheme="majorHAnsi" w:hAnsiTheme="majorHAnsi" w:cstheme="majorHAnsi"/>
        </w:rPr>
        <w:t>N</w:t>
      </w:r>
      <w:r w:rsidR="00737597" w:rsidRPr="0062253C">
        <w:rPr>
          <w:rFonts w:asciiTheme="majorHAnsi" w:hAnsiTheme="majorHAnsi" w:cstheme="majorHAnsi"/>
          <w:i/>
          <w:iCs/>
        </w:rPr>
        <w:t>ecessidade do curso; demanda regional; lacunas existentes; inserção institucional; relevância científica; relevância social.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737597" w:rsidRPr="0062253C" w14:paraId="64F35A33" w14:textId="77777777" w:rsidTr="003317B6">
        <w:tc>
          <w:tcPr>
            <w:tcW w:w="9545" w:type="dxa"/>
          </w:tcPr>
          <w:p w14:paraId="49C180FC" w14:textId="6FBD109F" w:rsidR="00737597" w:rsidRPr="0062253C" w:rsidRDefault="0000383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bookmarkStart w:id="0" w:name="_Hlk227144946"/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1F7E1525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2FDFEDD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52736A2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C67B03A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0E096EE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30B1E07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C8BA5CA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4643FE1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bookmarkEnd w:id="0"/>
    </w:tbl>
    <w:p w14:paraId="03F8F527" w14:textId="77777777" w:rsidR="00737597" w:rsidRPr="0062253C" w:rsidRDefault="00737597" w:rsidP="00A705BF">
      <w:pPr>
        <w:spacing w:after="0"/>
        <w:rPr>
          <w:rFonts w:asciiTheme="majorHAnsi" w:hAnsiTheme="majorHAnsi" w:cstheme="majorHAnsi"/>
          <w:b/>
          <w:bCs/>
        </w:rPr>
      </w:pPr>
    </w:p>
    <w:p w14:paraId="245B5498" w14:textId="598CDC98" w:rsidR="00737597" w:rsidRPr="0062253C" w:rsidRDefault="00162CAA" w:rsidP="00A705B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  <w:b/>
          <w:bCs/>
        </w:rPr>
        <w:t>6</w:t>
      </w:r>
      <w:r w:rsidR="00737597" w:rsidRPr="0062253C">
        <w:rPr>
          <w:rFonts w:asciiTheme="majorHAnsi" w:hAnsiTheme="majorHAnsi" w:cstheme="majorHAnsi"/>
          <w:b/>
          <w:bCs/>
        </w:rPr>
        <w:t xml:space="preserve">.2 Alinhamento Institucional </w:t>
      </w:r>
      <w:r w:rsidR="004921E9" w:rsidRPr="0062253C">
        <w:rPr>
          <w:rFonts w:asciiTheme="majorHAnsi" w:hAnsiTheme="majorHAnsi" w:cstheme="majorHAnsi"/>
          <w:i/>
          <w:iCs/>
        </w:rPr>
        <w:t xml:space="preserve">- </w:t>
      </w:r>
      <w:r w:rsidR="00541D5D" w:rsidRPr="0062253C">
        <w:rPr>
          <w:rFonts w:asciiTheme="majorHAnsi" w:hAnsiTheme="majorHAnsi" w:cstheme="majorHAnsi"/>
          <w:i/>
          <w:iCs/>
        </w:rPr>
        <w:t>O program</w:t>
      </w:r>
      <w:r w:rsidR="00737597" w:rsidRPr="0062253C">
        <w:rPr>
          <w:rFonts w:asciiTheme="majorHAnsi" w:hAnsiTheme="majorHAnsi" w:cstheme="majorHAnsi"/>
          <w:i/>
          <w:iCs/>
        </w:rPr>
        <w:t>a</w:t>
      </w:r>
      <w:r w:rsidR="00541D5D" w:rsidRPr="0062253C">
        <w:rPr>
          <w:rFonts w:asciiTheme="majorHAnsi" w:hAnsiTheme="majorHAnsi" w:cstheme="majorHAnsi"/>
          <w:i/>
          <w:iCs/>
        </w:rPr>
        <w:t xml:space="preserve"> contribui para o planejamento estratégico da UFPA? Com o</w:t>
      </w:r>
      <w:r w:rsidR="00737597" w:rsidRPr="0062253C">
        <w:rPr>
          <w:rFonts w:asciiTheme="majorHAnsi" w:hAnsiTheme="majorHAnsi" w:cstheme="majorHAnsi"/>
          <w:i/>
          <w:iCs/>
        </w:rPr>
        <w:t xml:space="preserve"> PDI da UFPA; ao planejamento da Unidade; às políticas institucionais.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737597" w:rsidRPr="0062253C" w14:paraId="029F36D7" w14:textId="77777777" w:rsidTr="003317B6">
        <w:tc>
          <w:tcPr>
            <w:tcW w:w="9545" w:type="dxa"/>
          </w:tcPr>
          <w:p w14:paraId="63F33564" w14:textId="79D15AA9" w:rsidR="00737597" w:rsidRPr="0062253C" w:rsidRDefault="0000383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045416F2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900FEAF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6373EF7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07756D5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D4AFFB2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1403317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6F4FB0E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F50321C" w14:textId="77777777" w:rsidR="00737597" w:rsidRPr="0062253C" w:rsidRDefault="0073759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31078157" w14:textId="77777777" w:rsidR="00737597" w:rsidRPr="0062253C" w:rsidRDefault="00737597" w:rsidP="00A705BF">
      <w:pPr>
        <w:spacing w:after="0"/>
        <w:rPr>
          <w:rFonts w:asciiTheme="majorHAnsi" w:hAnsiTheme="majorHAnsi" w:cstheme="majorHAnsi"/>
          <w:b/>
          <w:bCs/>
        </w:rPr>
      </w:pPr>
    </w:p>
    <w:p w14:paraId="644F080E" w14:textId="002701C3" w:rsidR="00162CAA" w:rsidRPr="0062253C" w:rsidRDefault="00162CAA" w:rsidP="00A705BF">
      <w:pPr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62253C">
        <w:rPr>
          <w:rFonts w:asciiTheme="majorHAnsi" w:hAnsiTheme="majorHAnsi" w:cstheme="majorHAnsi"/>
          <w:b/>
          <w:bCs/>
        </w:rPr>
        <w:t xml:space="preserve">6.3 Diferencial da proposta </w:t>
      </w:r>
      <w:r w:rsidR="004921E9" w:rsidRPr="0062253C">
        <w:rPr>
          <w:rFonts w:asciiTheme="majorHAnsi" w:hAnsiTheme="majorHAnsi" w:cstheme="majorHAnsi"/>
        </w:rPr>
        <w:t xml:space="preserve">- </w:t>
      </w:r>
      <w:r w:rsidRPr="0062253C">
        <w:rPr>
          <w:rFonts w:asciiTheme="majorHAnsi" w:hAnsiTheme="majorHAnsi" w:cstheme="majorHAnsi"/>
          <w:i/>
          <w:iCs/>
        </w:rPr>
        <w:t>O que difere dos PPG existentes? por que criar este programa? quais lacunas pretende suprir?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162CAA" w:rsidRPr="0062253C" w14:paraId="77686530" w14:textId="77777777" w:rsidTr="003317B6">
        <w:tc>
          <w:tcPr>
            <w:tcW w:w="9545" w:type="dxa"/>
          </w:tcPr>
          <w:p w14:paraId="3AC484AB" w14:textId="565851D7" w:rsidR="00162CAA" w:rsidRPr="0062253C" w:rsidRDefault="0000383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20225756" w14:textId="77777777" w:rsidR="00162CAA" w:rsidRPr="0062253C" w:rsidRDefault="00162CAA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07D2F18" w14:textId="77777777" w:rsidR="00162CAA" w:rsidRPr="0062253C" w:rsidRDefault="00162CAA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D84960B" w14:textId="77777777" w:rsidR="00162CAA" w:rsidRPr="0062253C" w:rsidRDefault="00162CAA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27CF42C" w14:textId="77777777" w:rsidR="00162CAA" w:rsidRPr="0062253C" w:rsidRDefault="00162CAA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EAFFD19" w14:textId="77777777" w:rsidR="00162CAA" w:rsidRPr="0062253C" w:rsidRDefault="00162CAA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08D7C01" w14:textId="77777777" w:rsidR="00162CAA" w:rsidRPr="0062253C" w:rsidRDefault="00162CAA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EDAF6A0" w14:textId="77777777" w:rsidR="00162CAA" w:rsidRPr="0062253C" w:rsidRDefault="00162CAA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1341DCE" w14:textId="77777777" w:rsidR="00162CAA" w:rsidRPr="0062253C" w:rsidRDefault="00162CAA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7AFEDE4A" w14:textId="77777777" w:rsidR="00162CAA" w:rsidRPr="0062253C" w:rsidRDefault="00162CAA" w:rsidP="00A705BF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29187862" w14:textId="766FF300" w:rsidR="00983B6E" w:rsidRPr="0062253C" w:rsidRDefault="00983B6E" w:rsidP="00A705BF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62253C">
        <w:rPr>
          <w:rFonts w:asciiTheme="majorHAnsi" w:hAnsiTheme="majorHAnsi" w:cstheme="majorHAnsi"/>
          <w:b/>
          <w:bCs/>
        </w:rPr>
        <w:t xml:space="preserve">6.4 Coerência da Proposta </w:t>
      </w:r>
      <w:r w:rsidR="004921E9" w:rsidRPr="0062253C">
        <w:rPr>
          <w:rFonts w:asciiTheme="majorHAnsi" w:hAnsiTheme="majorHAnsi" w:cstheme="majorHAnsi"/>
          <w:i/>
          <w:iCs/>
        </w:rPr>
        <w:t xml:space="preserve">- </w:t>
      </w:r>
      <w:r w:rsidRPr="0062253C">
        <w:rPr>
          <w:rFonts w:asciiTheme="majorHAnsi" w:hAnsiTheme="majorHAnsi" w:cstheme="majorHAnsi"/>
          <w:i/>
          <w:iCs/>
        </w:rPr>
        <w:t>Descreva como estão articulados:</w:t>
      </w:r>
      <w:r w:rsidRPr="0062253C">
        <w:rPr>
          <w:rFonts w:asciiTheme="majorHAnsi" w:hAnsiTheme="majorHAnsi" w:cstheme="majorHAnsi"/>
          <w:b/>
          <w:bCs/>
          <w:i/>
          <w:iCs/>
        </w:rPr>
        <w:t xml:space="preserve"> </w:t>
      </w:r>
      <w:r w:rsidRPr="0062253C">
        <w:rPr>
          <w:rFonts w:asciiTheme="majorHAnsi" w:hAnsiTheme="majorHAnsi" w:cstheme="majorHAnsi"/>
          <w:i/>
          <w:iCs/>
        </w:rPr>
        <w:t xml:space="preserve">justificativa da proposta; área de concentração; linhas de pesquisa; projetos de pesquisa; estrutura curricular; corpo docente; </w:t>
      </w:r>
      <w:r w:rsidR="004921E9" w:rsidRPr="0062253C">
        <w:rPr>
          <w:rFonts w:asciiTheme="majorHAnsi" w:hAnsiTheme="majorHAnsi" w:cstheme="majorHAnsi"/>
          <w:i/>
          <w:iCs/>
        </w:rPr>
        <w:t xml:space="preserve">e </w:t>
      </w:r>
      <w:r w:rsidRPr="0062253C">
        <w:rPr>
          <w:rFonts w:asciiTheme="majorHAnsi" w:hAnsiTheme="majorHAnsi" w:cstheme="majorHAnsi"/>
          <w:i/>
          <w:iCs/>
        </w:rPr>
        <w:t>perfil do egresso.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983B6E" w:rsidRPr="0062253C" w14:paraId="1DE7889F" w14:textId="77777777" w:rsidTr="00700F05">
        <w:tc>
          <w:tcPr>
            <w:tcW w:w="9545" w:type="dxa"/>
          </w:tcPr>
          <w:p w14:paraId="0CE4966F" w14:textId="1A826D29" w:rsidR="00983B6E" w:rsidRPr="0062253C" w:rsidRDefault="0000383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386BD1A1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B55D4E6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6D53300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C1270B8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A7B4E5C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77A01A8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E9E4287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86B0D3B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5670FCB9" w14:textId="77777777" w:rsidR="00983B6E" w:rsidRPr="0062253C" w:rsidRDefault="00983B6E" w:rsidP="00A705BF">
      <w:pPr>
        <w:spacing w:after="0"/>
        <w:rPr>
          <w:rFonts w:asciiTheme="majorHAnsi" w:hAnsiTheme="majorHAnsi" w:cstheme="majorHAnsi"/>
          <w:b/>
          <w:bCs/>
        </w:rPr>
      </w:pPr>
    </w:p>
    <w:p w14:paraId="598B1A58" w14:textId="1B2BBE33" w:rsidR="004921E9" w:rsidRPr="0062253C" w:rsidRDefault="004921E9" w:rsidP="00A705BF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62253C">
        <w:rPr>
          <w:rFonts w:asciiTheme="majorHAnsi" w:hAnsiTheme="majorHAnsi" w:cstheme="majorHAnsi"/>
          <w:b/>
          <w:bCs/>
        </w:rPr>
        <w:t xml:space="preserve">6.5 Impacto da Proposta - </w:t>
      </w:r>
      <w:r w:rsidRPr="0062253C">
        <w:rPr>
          <w:rFonts w:asciiTheme="majorHAnsi" w:hAnsiTheme="majorHAnsi" w:cstheme="majorHAnsi"/>
          <w:i/>
          <w:iCs/>
        </w:rPr>
        <w:t>Descreva como o Programa pretende contribuir para: o desenvolvimento científico; o desenvolvimento tecnológico e a inovação (quando pertinente); o desenvolvimento social e econômico; o desenvolvimento regional; a formação de recursos humanos qualificados; o fortalecimento da pós-graduação da UFPA</w:t>
      </w:r>
      <w:r w:rsidR="009D6281" w:rsidRPr="0062253C">
        <w:rPr>
          <w:rFonts w:asciiTheme="majorHAnsi" w:hAnsiTheme="majorHAnsi" w:cstheme="majorHAnsi"/>
          <w:i/>
          <w:iCs/>
        </w:rPr>
        <w:t xml:space="preserve"> e para a consolidação da área de conhecimento</w:t>
      </w:r>
      <w:r w:rsidRPr="0062253C">
        <w:rPr>
          <w:rFonts w:asciiTheme="majorHAnsi" w:hAnsiTheme="majorHAnsi" w:cstheme="majorHAnsi"/>
          <w:i/>
          <w:iCs/>
        </w:rPr>
        <w:t>; a sustentabilidade acadêmica e institucional do Programa ao longo do tempo.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4921E9" w:rsidRPr="0062253C" w14:paraId="0A9FBDF6" w14:textId="77777777" w:rsidTr="00700F05">
        <w:tc>
          <w:tcPr>
            <w:tcW w:w="9545" w:type="dxa"/>
          </w:tcPr>
          <w:p w14:paraId="3AECDD01" w14:textId="609DFE72" w:rsidR="004921E9" w:rsidRPr="0062253C" w:rsidRDefault="0000383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2BE74ADA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32F5EB7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B51844C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14D2E13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8ED8045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A5EAA2A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CB2D197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31F80DF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2D473CC4" w14:textId="77777777" w:rsidR="004921E9" w:rsidRPr="0062253C" w:rsidRDefault="004921E9" w:rsidP="00A705BF">
      <w:pPr>
        <w:spacing w:after="0"/>
        <w:rPr>
          <w:rFonts w:asciiTheme="majorHAnsi" w:hAnsiTheme="majorHAnsi" w:cstheme="majorHAnsi"/>
          <w:b/>
          <w:bCs/>
        </w:rPr>
      </w:pPr>
    </w:p>
    <w:p w14:paraId="5083D452" w14:textId="71D6DB06" w:rsidR="00DA3C87" w:rsidRPr="0062253C" w:rsidRDefault="00DA3C87" w:rsidP="00A705BF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62253C">
        <w:rPr>
          <w:rFonts w:asciiTheme="majorHAnsi" w:hAnsiTheme="majorHAnsi" w:cstheme="majorHAnsi"/>
          <w:b/>
          <w:bCs/>
        </w:rPr>
        <w:t xml:space="preserve">6.6 Inserção Regional </w:t>
      </w:r>
      <w:r w:rsidRPr="0062253C">
        <w:rPr>
          <w:rFonts w:asciiTheme="majorHAnsi" w:hAnsiTheme="majorHAnsi" w:cstheme="majorHAnsi"/>
          <w:i/>
          <w:iCs/>
        </w:rPr>
        <w:t>- Descreva a inserção regional da proposta, destacando sua contribuição para o desenvolvimento científico, tecnológico, econômico, social e cultural da região, bem como o atendimento às demandas locais e nacionais relacionadas à área de conhecimento.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DA3C87" w:rsidRPr="0062253C" w14:paraId="28AF9B03" w14:textId="77777777" w:rsidTr="00FA1ED4">
        <w:tc>
          <w:tcPr>
            <w:tcW w:w="9545" w:type="dxa"/>
          </w:tcPr>
          <w:p w14:paraId="6C7533C4" w14:textId="77777777" w:rsidR="00DA3C87" w:rsidRPr="0062253C" w:rsidRDefault="00DA3C8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674FC835" w14:textId="77777777" w:rsidR="00DA3C87" w:rsidRPr="0062253C" w:rsidRDefault="00DA3C8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AC08991" w14:textId="77777777" w:rsidR="00DA3C87" w:rsidRPr="0062253C" w:rsidRDefault="00DA3C8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76A8A98" w14:textId="77777777" w:rsidR="00DA3C87" w:rsidRPr="0062253C" w:rsidRDefault="00DA3C8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D53BA11" w14:textId="77777777" w:rsidR="00DA3C87" w:rsidRPr="0062253C" w:rsidRDefault="00DA3C8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015F7A3" w14:textId="77777777" w:rsidR="00DA3C87" w:rsidRPr="0062253C" w:rsidRDefault="00DA3C8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5CA23C6" w14:textId="77777777" w:rsidR="00DA3C87" w:rsidRPr="0062253C" w:rsidRDefault="00DA3C8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6CB2AA4" w14:textId="77777777" w:rsidR="00DA3C87" w:rsidRPr="0062253C" w:rsidRDefault="00DA3C8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B2F8289" w14:textId="77777777" w:rsidR="00DA3C87" w:rsidRPr="0062253C" w:rsidRDefault="00DA3C8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7E7102C2" w14:textId="77777777" w:rsidR="00DA3C87" w:rsidRPr="0062253C" w:rsidRDefault="00DA3C87" w:rsidP="00A705BF">
      <w:pPr>
        <w:spacing w:after="0"/>
        <w:rPr>
          <w:rFonts w:asciiTheme="majorHAnsi" w:hAnsiTheme="majorHAnsi" w:cstheme="majorHAnsi"/>
          <w:b/>
          <w:bCs/>
        </w:rPr>
      </w:pPr>
    </w:p>
    <w:p w14:paraId="127EE3EB" w14:textId="0889C333" w:rsidR="00983B6E" w:rsidRPr="0062253C" w:rsidRDefault="00983B6E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7</w:t>
      </w:r>
      <w:r w:rsidR="00A705BF">
        <w:rPr>
          <w:rFonts w:asciiTheme="majorHAnsi" w:hAnsiTheme="majorHAnsi" w:cstheme="majorHAnsi"/>
          <w:b/>
          <w:bCs/>
        </w:rPr>
        <w:t>.</w:t>
      </w:r>
      <w:r w:rsidRPr="0062253C">
        <w:rPr>
          <w:rFonts w:asciiTheme="majorHAnsi" w:hAnsiTheme="majorHAnsi" w:cstheme="majorHAnsi"/>
          <w:b/>
          <w:bCs/>
        </w:rPr>
        <w:t xml:space="preserve"> PLANEJAMENTO</w:t>
      </w:r>
    </w:p>
    <w:p w14:paraId="60E47D24" w14:textId="4B2BD9B2" w:rsidR="00983B6E" w:rsidRPr="0062253C" w:rsidRDefault="00983B6E" w:rsidP="00A705BF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62253C">
        <w:rPr>
          <w:rFonts w:asciiTheme="majorHAnsi" w:hAnsiTheme="majorHAnsi" w:cstheme="majorHAnsi"/>
          <w:b/>
          <w:bCs/>
        </w:rPr>
        <w:lastRenderedPageBreak/>
        <w:t xml:space="preserve">7.1 Planejamento e Gestão do Programa </w:t>
      </w:r>
      <w:r w:rsidR="00473583" w:rsidRPr="0062253C">
        <w:rPr>
          <w:rFonts w:asciiTheme="majorHAnsi" w:hAnsiTheme="majorHAnsi" w:cstheme="majorHAnsi"/>
        </w:rPr>
        <w:t xml:space="preserve">- </w:t>
      </w:r>
      <w:r w:rsidRPr="0062253C">
        <w:rPr>
          <w:rFonts w:asciiTheme="majorHAnsi" w:hAnsiTheme="majorHAnsi" w:cstheme="majorHAnsi"/>
          <w:i/>
          <w:iCs/>
        </w:rPr>
        <w:t>Descrever: missão; visão; objetivos estratégicos; metas de curto, médio e longo prazo.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983B6E" w:rsidRPr="0062253C" w14:paraId="5AFE9CAE" w14:textId="77777777" w:rsidTr="00700F05">
        <w:tc>
          <w:tcPr>
            <w:tcW w:w="9545" w:type="dxa"/>
          </w:tcPr>
          <w:p w14:paraId="2EB07D27" w14:textId="1F08FE31" w:rsidR="00983B6E" w:rsidRPr="0062253C" w:rsidRDefault="0000383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43BE1A08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EF98F14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6F2DADD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DC34000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67B399C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05DE7F1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D97F354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95E8AC6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74CD9560" w14:textId="77777777" w:rsidR="00983B6E" w:rsidRPr="0062253C" w:rsidRDefault="00983B6E" w:rsidP="00A705BF">
      <w:pPr>
        <w:spacing w:after="0"/>
        <w:rPr>
          <w:rFonts w:asciiTheme="majorHAnsi" w:hAnsiTheme="majorHAnsi" w:cstheme="majorHAnsi"/>
          <w:b/>
          <w:bCs/>
        </w:rPr>
      </w:pPr>
    </w:p>
    <w:p w14:paraId="0DE87FBC" w14:textId="33F717F4" w:rsidR="00983B6E" w:rsidRPr="0062253C" w:rsidRDefault="00983B6E" w:rsidP="00A705BF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62253C">
        <w:rPr>
          <w:rFonts w:asciiTheme="majorHAnsi" w:hAnsiTheme="majorHAnsi" w:cstheme="majorHAnsi"/>
          <w:b/>
          <w:bCs/>
        </w:rPr>
        <w:t xml:space="preserve">7.2 Autoavaliação </w:t>
      </w:r>
      <w:r w:rsidR="00473583" w:rsidRPr="0062253C">
        <w:rPr>
          <w:rFonts w:asciiTheme="majorHAnsi" w:hAnsiTheme="majorHAnsi" w:cstheme="majorHAnsi"/>
        </w:rPr>
        <w:t xml:space="preserve">- </w:t>
      </w:r>
      <w:r w:rsidRPr="0062253C">
        <w:rPr>
          <w:rFonts w:asciiTheme="majorHAnsi" w:hAnsiTheme="majorHAnsi" w:cstheme="majorHAnsi"/>
          <w:i/>
          <w:iCs/>
        </w:rPr>
        <w:t>Descreva como o Programa pretende estruturar seu processo de autoavaliação, indicando, sempre que possível: objetivos; dimensões a serem avaliadas; participantes; periodicidade; utilização dos resultados para o aprimoramento do Programa.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983B6E" w:rsidRPr="0062253C" w14:paraId="7591AD1E" w14:textId="77777777" w:rsidTr="00700F05">
        <w:tc>
          <w:tcPr>
            <w:tcW w:w="9545" w:type="dxa"/>
          </w:tcPr>
          <w:p w14:paraId="5DE1E6CA" w14:textId="4AE1E16C" w:rsidR="00983B6E" w:rsidRPr="0062253C" w:rsidRDefault="0000383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3E5FAE1F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7A7B3D3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7AA9A50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6EEE838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64FA19B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7F79B69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111FEC3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A673CBB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70AB5A45" w14:textId="77777777" w:rsidR="00983B6E" w:rsidRPr="0062253C" w:rsidRDefault="00983B6E" w:rsidP="00A705BF">
      <w:pPr>
        <w:spacing w:after="0"/>
        <w:rPr>
          <w:rFonts w:asciiTheme="majorHAnsi" w:hAnsiTheme="majorHAnsi" w:cstheme="majorHAnsi"/>
          <w:b/>
          <w:bCs/>
        </w:rPr>
      </w:pPr>
    </w:p>
    <w:p w14:paraId="78B30B5D" w14:textId="025177E1" w:rsidR="00983B6E" w:rsidRPr="0062253C" w:rsidRDefault="00983B6E" w:rsidP="00A705BF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62253C">
        <w:rPr>
          <w:rFonts w:asciiTheme="majorHAnsi" w:hAnsiTheme="majorHAnsi" w:cstheme="majorHAnsi"/>
          <w:b/>
          <w:bCs/>
        </w:rPr>
        <w:t>7.3 Internacionalização</w:t>
      </w:r>
      <w:r w:rsidR="00473583" w:rsidRPr="0062253C">
        <w:rPr>
          <w:rFonts w:asciiTheme="majorHAnsi" w:hAnsiTheme="majorHAnsi" w:cstheme="majorHAnsi"/>
          <w:b/>
          <w:bCs/>
        </w:rPr>
        <w:t xml:space="preserve"> - </w:t>
      </w:r>
      <w:r w:rsidRPr="0062253C">
        <w:rPr>
          <w:rFonts w:asciiTheme="majorHAnsi" w:hAnsiTheme="majorHAnsi" w:cstheme="majorHAnsi"/>
          <w:i/>
          <w:iCs/>
        </w:rPr>
        <w:t>Descrever as estratégias previstas para: cooperação nacional e internacional; redes de pesquisa; mobilidade acadêmica; projetos em parceria; produção científica internacional.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983B6E" w:rsidRPr="0062253C" w14:paraId="7454A42A" w14:textId="77777777" w:rsidTr="00700F05">
        <w:tc>
          <w:tcPr>
            <w:tcW w:w="9545" w:type="dxa"/>
          </w:tcPr>
          <w:p w14:paraId="1B7039F0" w14:textId="6B9E1358" w:rsidR="00983B6E" w:rsidRPr="0062253C" w:rsidRDefault="0000383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3B6B6163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183EB75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CECAED6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EFC1E95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92E27FA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AC06062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13E8323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639D95E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6FD65EAF" w14:textId="77777777" w:rsidR="00003834" w:rsidRPr="0062253C" w:rsidRDefault="00003834" w:rsidP="00A705BF">
      <w:pPr>
        <w:spacing w:after="0"/>
        <w:rPr>
          <w:rFonts w:asciiTheme="majorHAnsi" w:hAnsiTheme="majorHAnsi" w:cstheme="majorHAnsi"/>
          <w:b/>
          <w:bCs/>
        </w:rPr>
      </w:pPr>
    </w:p>
    <w:p w14:paraId="401DD7AD" w14:textId="2D7C6CC6" w:rsidR="00983B6E" w:rsidRPr="0062253C" w:rsidRDefault="00983B6E" w:rsidP="00A705BF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62253C">
        <w:rPr>
          <w:rFonts w:asciiTheme="majorHAnsi" w:hAnsiTheme="majorHAnsi" w:cstheme="majorHAnsi"/>
          <w:b/>
          <w:bCs/>
        </w:rPr>
        <w:t>7.</w:t>
      </w:r>
      <w:r w:rsidR="00DF2E49" w:rsidRPr="0062253C">
        <w:rPr>
          <w:rFonts w:asciiTheme="majorHAnsi" w:hAnsiTheme="majorHAnsi" w:cstheme="majorHAnsi"/>
          <w:b/>
          <w:bCs/>
        </w:rPr>
        <w:t>4</w:t>
      </w:r>
      <w:r w:rsidRPr="0062253C">
        <w:rPr>
          <w:rFonts w:asciiTheme="majorHAnsi" w:hAnsiTheme="majorHAnsi" w:cstheme="majorHAnsi"/>
          <w:b/>
          <w:bCs/>
        </w:rPr>
        <w:t xml:space="preserve"> Politicas Institucionais</w:t>
      </w:r>
      <w:r w:rsidRPr="0062253C">
        <w:rPr>
          <w:rFonts w:asciiTheme="majorHAnsi" w:hAnsiTheme="majorHAnsi" w:cstheme="majorHAnsi"/>
          <w:i/>
          <w:iCs/>
        </w:rPr>
        <w:t xml:space="preserve"> - Descrever como o Programa pretende desenvolver ações relacionadas a: Políticas afirmativas; Inclusão; Permanência estudantil; Acessibilidade; Equidade; Popularização da Ciência; Divulgação Científica; Ciência Aberta (quando pertinente à área).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983B6E" w:rsidRPr="0062253C" w14:paraId="2B63A936" w14:textId="77777777" w:rsidTr="00700F05">
        <w:tc>
          <w:tcPr>
            <w:tcW w:w="9545" w:type="dxa"/>
          </w:tcPr>
          <w:p w14:paraId="7F9F2791" w14:textId="62E4F408" w:rsidR="00983B6E" w:rsidRPr="0062253C" w:rsidRDefault="0000383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17BDDB2B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98DACE7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B2F012A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54CB400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AA234B2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BCC828E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FB95F06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57F300F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295F368A" w14:textId="77777777" w:rsidR="00983B6E" w:rsidRPr="0062253C" w:rsidRDefault="00983B6E" w:rsidP="00A705BF">
      <w:pPr>
        <w:spacing w:after="0"/>
        <w:rPr>
          <w:rFonts w:asciiTheme="majorHAnsi" w:hAnsiTheme="majorHAnsi" w:cstheme="majorHAnsi"/>
          <w:b/>
          <w:bCs/>
        </w:rPr>
      </w:pPr>
    </w:p>
    <w:p w14:paraId="44BC0F45" w14:textId="6C635B4B" w:rsidR="00983B6E" w:rsidRPr="0062253C" w:rsidRDefault="00983B6E" w:rsidP="00A705BF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62253C">
        <w:rPr>
          <w:rFonts w:asciiTheme="majorHAnsi" w:hAnsiTheme="majorHAnsi" w:cstheme="majorHAnsi"/>
          <w:b/>
          <w:bCs/>
        </w:rPr>
        <w:t>7.</w:t>
      </w:r>
      <w:r w:rsidR="00DF2E49" w:rsidRPr="0062253C">
        <w:rPr>
          <w:rFonts w:asciiTheme="majorHAnsi" w:hAnsiTheme="majorHAnsi" w:cstheme="majorHAnsi"/>
          <w:b/>
          <w:bCs/>
        </w:rPr>
        <w:t>5</w:t>
      </w:r>
      <w:r w:rsidRPr="0062253C">
        <w:rPr>
          <w:rFonts w:asciiTheme="majorHAnsi" w:hAnsiTheme="majorHAnsi" w:cstheme="majorHAnsi"/>
          <w:b/>
          <w:bCs/>
        </w:rPr>
        <w:t xml:space="preserve"> </w:t>
      </w:r>
      <w:r w:rsidR="00E030B0" w:rsidRPr="0062253C">
        <w:rPr>
          <w:rFonts w:asciiTheme="majorHAnsi" w:hAnsiTheme="majorHAnsi" w:cstheme="majorHAnsi"/>
          <w:b/>
          <w:bCs/>
        </w:rPr>
        <w:t xml:space="preserve">Processos Híbridos de Ensino e Aprendizagem </w:t>
      </w:r>
      <w:r w:rsidRPr="0062253C">
        <w:rPr>
          <w:rFonts w:asciiTheme="majorHAnsi" w:hAnsiTheme="majorHAnsi" w:cstheme="majorHAnsi"/>
          <w:b/>
          <w:bCs/>
        </w:rPr>
        <w:t xml:space="preserve">(PHEA) </w:t>
      </w:r>
      <w:r w:rsidRPr="0062253C">
        <w:rPr>
          <w:rFonts w:asciiTheme="majorHAnsi" w:hAnsiTheme="majorHAnsi" w:cstheme="majorHAnsi"/>
          <w:i/>
          <w:iCs/>
        </w:rPr>
        <w:t>- Caso a proposta multicampi que preveja a utilização de PHEA, descrever: objetivos;</w:t>
      </w:r>
      <w:r w:rsidR="004D0F88" w:rsidRPr="0062253C">
        <w:rPr>
          <w:rFonts w:asciiTheme="majorHAnsi" w:hAnsiTheme="majorHAnsi" w:cstheme="majorHAnsi"/>
          <w:i/>
          <w:iCs/>
        </w:rPr>
        <w:t xml:space="preserve"> </w:t>
      </w:r>
      <w:r w:rsidRPr="0062253C">
        <w:rPr>
          <w:rFonts w:asciiTheme="majorHAnsi" w:hAnsiTheme="majorHAnsi" w:cstheme="majorHAnsi"/>
          <w:i/>
          <w:iCs/>
        </w:rPr>
        <w:t>metodologia;</w:t>
      </w:r>
      <w:r w:rsidR="004D0F88" w:rsidRPr="0062253C">
        <w:rPr>
          <w:rFonts w:asciiTheme="majorHAnsi" w:hAnsiTheme="majorHAnsi" w:cstheme="majorHAnsi"/>
          <w:i/>
          <w:iCs/>
        </w:rPr>
        <w:t xml:space="preserve"> </w:t>
      </w:r>
      <w:r w:rsidRPr="0062253C">
        <w:rPr>
          <w:rFonts w:asciiTheme="majorHAnsi" w:hAnsiTheme="majorHAnsi" w:cstheme="majorHAnsi"/>
          <w:i/>
          <w:iCs/>
        </w:rPr>
        <w:t>justificativa; forma de implementação.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983B6E" w:rsidRPr="0062253C" w14:paraId="06BDE7AD" w14:textId="77777777" w:rsidTr="00700F05">
        <w:tc>
          <w:tcPr>
            <w:tcW w:w="9545" w:type="dxa"/>
          </w:tcPr>
          <w:p w14:paraId="6206DD81" w14:textId="51593B32" w:rsidR="00983B6E" w:rsidRPr="0062253C" w:rsidRDefault="0000383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3C6C942D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C7D54EC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F2F9BA7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0733F2B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04B24DF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DD24717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6FE3385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10B3A06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3E6D961D" w14:textId="77777777" w:rsidR="00983B6E" w:rsidRPr="0062253C" w:rsidRDefault="00983B6E" w:rsidP="00A705BF">
      <w:pPr>
        <w:spacing w:after="0"/>
        <w:rPr>
          <w:rFonts w:asciiTheme="majorHAnsi" w:hAnsiTheme="majorHAnsi" w:cstheme="majorHAnsi"/>
          <w:b/>
          <w:bCs/>
        </w:rPr>
      </w:pPr>
    </w:p>
    <w:p w14:paraId="0D24AE34" w14:textId="61E44F49" w:rsidR="00983B6E" w:rsidRPr="0062253C" w:rsidRDefault="00983B6E" w:rsidP="00A705BF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62253C">
        <w:rPr>
          <w:rFonts w:asciiTheme="majorHAnsi" w:hAnsiTheme="majorHAnsi" w:cstheme="majorHAnsi"/>
          <w:b/>
          <w:bCs/>
        </w:rPr>
        <w:t>7.</w:t>
      </w:r>
      <w:r w:rsidR="00DF2E49" w:rsidRPr="0062253C">
        <w:rPr>
          <w:rFonts w:asciiTheme="majorHAnsi" w:hAnsiTheme="majorHAnsi" w:cstheme="majorHAnsi"/>
          <w:b/>
          <w:bCs/>
        </w:rPr>
        <w:t>6</w:t>
      </w:r>
      <w:r w:rsidRPr="0062253C">
        <w:rPr>
          <w:rFonts w:asciiTheme="majorHAnsi" w:hAnsiTheme="majorHAnsi" w:cstheme="majorHAnsi"/>
          <w:b/>
          <w:bCs/>
        </w:rPr>
        <w:t xml:space="preserve"> Formas Associativas </w:t>
      </w:r>
      <w:r w:rsidRPr="0062253C">
        <w:rPr>
          <w:rFonts w:asciiTheme="majorHAnsi" w:hAnsiTheme="majorHAnsi" w:cstheme="majorHAnsi"/>
          <w:i/>
          <w:iCs/>
        </w:rPr>
        <w:t>- Caso a proposta envolva associação com outras instituições ou campi, descrever: instituições participantes; forma de organização; responsabilidades de cada instituição; justificativa da associação.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983B6E" w:rsidRPr="0062253C" w14:paraId="1C6ED4B4" w14:textId="77777777" w:rsidTr="00700F05">
        <w:tc>
          <w:tcPr>
            <w:tcW w:w="9545" w:type="dxa"/>
          </w:tcPr>
          <w:p w14:paraId="412A9798" w14:textId="7DE14174" w:rsidR="00983B6E" w:rsidRPr="0062253C" w:rsidRDefault="0000383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1A068760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7842999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43C7D23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F99AE83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5C8A8BC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DFE29A3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A9016EC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4CC4B3B" w14:textId="77777777" w:rsidR="00983B6E" w:rsidRPr="0062253C" w:rsidRDefault="00983B6E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62E2AEB1" w14:textId="77777777" w:rsidR="00983B6E" w:rsidRPr="0062253C" w:rsidRDefault="00983B6E" w:rsidP="00A705BF">
      <w:pPr>
        <w:spacing w:after="0"/>
        <w:rPr>
          <w:rFonts w:asciiTheme="majorHAnsi" w:hAnsiTheme="majorHAnsi" w:cstheme="majorHAnsi"/>
          <w:b/>
          <w:bCs/>
        </w:rPr>
      </w:pPr>
    </w:p>
    <w:p w14:paraId="3231251D" w14:textId="59668087" w:rsidR="00B30BE7" w:rsidRPr="0062253C" w:rsidRDefault="00983B6E" w:rsidP="00A705B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  <w:b/>
          <w:bCs/>
        </w:rPr>
        <w:t>7.</w:t>
      </w:r>
      <w:r w:rsidR="00DF2E49" w:rsidRPr="0062253C">
        <w:rPr>
          <w:rFonts w:asciiTheme="majorHAnsi" w:hAnsiTheme="majorHAnsi" w:cstheme="majorHAnsi"/>
          <w:b/>
          <w:bCs/>
        </w:rPr>
        <w:t>7</w:t>
      </w:r>
      <w:r w:rsidR="00B30BE7" w:rsidRPr="0062253C">
        <w:rPr>
          <w:rFonts w:asciiTheme="majorHAnsi" w:hAnsiTheme="majorHAnsi" w:cstheme="majorHAnsi"/>
          <w:b/>
          <w:bCs/>
        </w:rPr>
        <w:t xml:space="preserve"> Processo Seletivo </w:t>
      </w:r>
      <w:r w:rsidR="004D0F88" w:rsidRPr="0062253C">
        <w:rPr>
          <w:rFonts w:asciiTheme="majorHAnsi" w:hAnsiTheme="majorHAnsi" w:cstheme="majorHAnsi"/>
        </w:rPr>
        <w:t xml:space="preserve">- </w:t>
      </w:r>
      <w:r w:rsidR="00B30BE7" w:rsidRPr="0062253C">
        <w:rPr>
          <w:rFonts w:asciiTheme="majorHAnsi" w:hAnsiTheme="majorHAnsi" w:cstheme="majorHAnsi"/>
          <w:i/>
          <w:iCs/>
        </w:rPr>
        <w:t>Descreva como será realizado o processo seletivo</w:t>
      </w:r>
      <w:r w:rsidR="004D0F88" w:rsidRPr="0062253C">
        <w:rPr>
          <w:rFonts w:asciiTheme="majorHAnsi" w:hAnsiTheme="majorHAnsi" w:cstheme="majorHAnsi"/>
          <w:i/>
          <w:iCs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B30BE7" w:rsidRPr="0062253C" w14:paraId="6DA69B25" w14:textId="77777777" w:rsidTr="003317B6">
        <w:tc>
          <w:tcPr>
            <w:tcW w:w="9545" w:type="dxa"/>
          </w:tcPr>
          <w:p w14:paraId="6098B7FC" w14:textId="1EA36F64" w:rsidR="00B30BE7" w:rsidRPr="0062253C" w:rsidRDefault="00003834" w:rsidP="00A705BF">
            <w:pPr>
              <w:jc w:val="both"/>
              <w:rPr>
                <w:rFonts w:asciiTheme="majorHAnsi" w:hAnsiTheme="majorHAnsi" w:cstheme="majorHAnsi"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5DD72858" w14:textId="77777777" w:rsidR="00B30BE7" w:rsidRPr="0062253C" w:rsidRDefault="00B30BE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233A418" w14:textId="77777777" w:rsidR="00B30BE7" w:rsidRPr="0062253C" w:rsidRDefault="00B30BE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22AE451" w14:textId="77777777" w:rsidR="00B30BE7" w:rsidRPr="0062253C" w:rsidRDefault="00B30BE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285C8B9" w14:textId="77777777" w:rsidR="00B30BE7" w:rsidRPr="0062253C" w:rsidRDefault="00B30BE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1723E1E" w14:textId="77777777" w:rsidR="00B30BE7" w:rsidRPr="0062253C" w:rsidRDefault="00B30BE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6C5E7BB" w14:textId="77777777" w:rsidR="00B30BE7" w:rsidRPr="0062253C" w:rsidRDefault="00B30BE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157BAD1" w14:textId="77777777" w:rsidR="00B30BE7" w:rsidRPr="0062253C" w:rsidRDefault="00B30BE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2462D3D1" w14:textId="77777777" w:rsidR="00B30BE7" w:rsidRPr="0062253C" w:rsidRDefault="00B30BE7" w:rsidP="00A705BF">
      <w:pPr>
        <w:spacing w:after="0"/>
        <w:rPr>
          <w:rFonts w:asciiTheme="majorHAnsi" w:hAnsiTheme="majorHAnsi" w:cstheme="majorHAnsi"/>
          <w:b/>
          <w:bCs/>
        </w:rPr>
      </w:pPr>
    </w:p>
    <w:p w14:paraId="1EDDC4C8" w14:textId="3FB7B628" w:rsidR="00B30BE7" w:rsidRPr="0062253C" w:rsidRDefault="00983B6E" w:rsidP="00A705BF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62253C">
        <w:rPr>
          <w:rFonts w:asciiTheme="majorHAnsi" w:hAnsiTheme="majorHAnsi" w:cstheme="majorHAnsi"/>
          <w:b/>
          <w:bCs/>
        </w:rPr>
        <w:t>7.</w:t>
      </w:r>
      <w:r w:rsidR="00DF2E49" w:rsidRPr="0062253C">
        <w:rPr>
          <w:rFonts w:asciiTheme="majorHAnsi" w:hAnsiTheme="majorHAnsi" w:cstheme="majorHAnsi"/>
          <w:b/>
          <w:bCs/>
        </w:rPr>
        <w:t>8</w:t>
      </w:r>
      <w:r w:rsidR="00B30BE7" w:rsidRPr="0062253C">
        <w:rPr>
          <w:rFonts w:asciiTheme="majorHAnsi" w:hAnsiTheme="majorHAnsi" w:cstheme="majorHAnsi"/>
          <w:b/>
          <w:bCs/>
        </w:rPr>
        <w:t xml:space="preserve"> Infraestrutura </w:t>
      </w:r>
      <w:r w:rsidR="004D0F88" w:rsidRPr="0062253C">
        <w:rPr>
          <w:rFonts w:asciiTheme="majorHAnsi" w:hAnsiTheme="majorHAnsi" w:cstheme="majorHAnsi"/>
          <w:b/>
          <w:bCs/>
        </w:rPr>
        <w:t xml:space="preserve">- </w:t>
      </w:r>
      <w:r w:rsidR="00B30BE7" w:rsidRPr="0062253C">
        <w:rPr>
          <w:rFonts w:asciiTheme="majorHAnsi" w:hAnsiTheme="majorHAnsi" w:cstheme="majorHAnsi"/>
          <w:i/>
          <w:iCs/>
        </w:rPr>
        <w:t>Descrever a infraestrutura disponível para funcionamento do Programa, contemplando: salas de aula; laboratórios; biblioteca; equipamentos; softwares; bases de dados; infraestrutura tecnológica; secretaria; apoio técnico-administrativo.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B30BE7" w:rsidRPr="0062253C" w14:paraId="1943897C" w14:textId="77777777" w:rsidTr="003317B6">
        <w:tc>
          <w:tcPr>
            <w:tcW w:w="9545" w:type="dxa"/>
          </w:tcPr>
          <w:p w14:paraId="03D5C888" w14:textId="638E7631" w:rsidR="00B30BE7" w:rsidRPr="0062253C" w:rsidRDefault="0000383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3B7AC340" w14:textId="77777777" w:rsidR="00B30BE7" w:rsidRPr="0062253C" w:rsidRDefault="00B30BE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FA150C7" w14:textId="77777777" w:rsidR="00B30BE7" w:rsidRPr="0062253C" w:rsidRDefault="00B30BE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AA4DD07" w14:textId="77777777" w:rsidR="00B30BE7" w:rsidRPr="0062253C" w:rsidRDefault="00B30BE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1C01D66" w14:textId="77777777" w:rsidR="00B30BE7" w:rsidRPr="0062253C" w:rsidRDefault="00B30BE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234B351" w14:textId="77777777" w:rsidR="00B30BE7" w:rsidRPr="0062253C" w:rsidRDefault="00B30BE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ACFD510" w14:textId="77777777" w:rsidR="00B30BE7" w:rsidRPr="0062253C" w:rsidRDefault="00B30BE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22D87DA" w14:textId="77777777" w:rsidR="00B30BE7" w:rsidRPr="0062253C" w:rsidRDefault="00B30BE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7C19A27" w14:textId="77777777" w:rsidR="00B30BE7" w:rsidRPr="0062253C" w:rsidRDefault="00B30BE7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4EFE202E" w14:textId="77777777" w:rsidR="00B30BE7" w:rsidRPr="0062253C" w:rsidRDefault="00B30BE7" w:rsidP="00A705BF">
      <w:pPr>
        <w:spacing w:after="0"/>
        <w:rPr>
          <w:rFonts w:asciiTheme="majorHAnsi" w:hAnsiTheme="majorHAnsi" w:cstheme="majorHAnsi"/>
          <w:b/>
          <w:bCs/>
        </w:rPr>
      </w:pPr>
    </w:p>
    <w:p w14:paraId="44C0AFCA" w14:textId="0BEBB52D" w:rsidR="00DA0C47" w:rsidRPr="0062253C" w:rsidRDefault="004921E9" w:rsidP="00A705BF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62253C">
        <w:rPr>
          <w:rFonts w:asciiTheme="majorHAnsi" w:hAnsiTheme="majorHAnsi" w:cstheme="majorHAnsi"/>
          <w:b/>
          <w:bCs/>
        </w:rPr>
        <w:t>7.</w:t>
      </w:r>
      <w:r w:rsidR="00DF2E49" w:rsidRPr="0062253C">
        <w:rPr>
          <w:rFonts w:asciiTheme="majorHAnsi" w:hAnsiTheme="majorHAnsi" w:cstheme="majorHAnsi"/>
          <w:b/>
          <w:bCs/>
        </w:rPr>
        <w:t>9</w:t>
      </w:r>
      <w:r w:rsidRPr="0062253C">
        <w:rPr>
          <w:rFonts w:asciiTheme="majorHAnsi" w:hAnsiTheme="majorHAnsi" w:cstheme="majorHAnsi"/>
          <w:b/>
          <w:bCs/>
        </w:rPr>
        <w:t xml:space="preserve"> </w:t>
      </w:r>
      <w:r w:rsidR="00273B44" w:rsidRPr="0062253C">
        <w:rPr>
          <w:rFonts w:asciiTheme="majorHAnsi" w:hAnsiTheme="majorHAnsi" w:cstheme="majorHAnsi"/>
          <w:b/>
          <w:bCs/>
        </w:rPr>
        <w:t xml:space="preserve">Alinhamento a Agendas Estratégicas e </w:t>
      </w:r>
      <w:r w:rsidRPr="0062253C">
        <w:rPr>
          <w:rFonts w:asciiTheme="majorHAnsi" w:hAnsiTheme="majorHAnsi" w:cstheme="majorHAnsi"/>
          <w:b/>
          <w:bCs/>
        </w:rPr>
        <w:t xml:space="preserve">Sustentabilidade </w:t>
      </w:r>
      <w:r w:rsidR="004D0F88" w:rsidRPr="0062253C">
        <w:rPr>
          <w:rFonts w:asciiTheme="majorHAnsi" w:hAnsiTheme="majorHAnsi" w:cstheme="majorHAnsi"/>
        </w:rPr>
        <w:t xml:space="preserve">- </w:t>
      </w:r>
      <w:r w:rsidR="00273B44" w:rsidRPr="0062253C">
        <w:rPr>
          <w:rFonts w:asciiTheme="majorHAnsi" w:hAnsiTheme="majorHAnsi" w:cstheme="majorHAnsi"/>
          <w:i/>
          <w:iCs/>
        </w:rPr>
        <w:t>Quando pertinente à Área de Avaliação da CAPES, indicar como a proposta se articula com os Objetivos do Desenvolvimento Sustentável (ODS), a Agenda 2030 e outras agendas nacionais ou internacionais relacionadas ao campo de conhecimento.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4921E9" w:rsidRPr="0062253C" w14:paraId="7A1E4A2E" w14:textId="77777777" w:rsidTr="00700F05">
        <w:tc>
          <w:tcPr>
            <w:tcW w:w="9545" w:type="dxa"/>
          </w:tcPr>
          <w:p w14:paraId="590E3B62" w14:textId="50A21114" w:rsidR="004921E9" w:rsidRPr="0062253C" w:rsidRDefault="0000383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1208F17A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C2484BF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00592C4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0DC3AF4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BCE5CA2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6C4A351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0BA4CFE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6287BB3" w14:textId="77777777" w:rsidR="004921E9" w:rsidRPr="0062253C" w:rsidRDefault="004921E9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7710C3D7" w14:textId="77777777" w:rsidR="004921E9" w:rsidRPr="0062253C" w:rsidRDefault="004921E9" w:rsidP="00A705BF">
      <w:pPr>
        <w:spacing w:after="0"/>
        <w:rPr>
          <w:rFonts w:asciiTheme="majorHAnsi" w:hAnsiTheme="majorHAnsi" w:cstheme="majorHAnsi"/>
          <w:b/>
          <w:bCs/>
        </w:rPr>
      </w:pPr>
    </w:p>
    <w:p w14:paraId="4FBEAFDE" w14:textId="1925C022" w:rsidR="00070BA1" w:rsidRPr="0062253C" w:rsidRDefault="00983B6E" w:rsidP="00A705BF">
      <w:pPr>
        <w:spacing w:after="0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8</w:t>
      </w:r>
      <w:r w:rsidR="00DC0B2A" w:rsidRPr="0062253C">
        <w:rPr>
          <w:rFonts w:asciiTheme="majorHAnsi" w:hAnsiTheme="majorHAnsi" w:cstheme="majorHAnsi"/>
          <w:b/>
          <w:bCs/>
        </w:rPr>
        <w:t xml:space="preserve">. </w:t>
      </w:r>
      <w:r w:rsidR="00071A92" w:rsidRPr="0062253C">
        <w:rPr>
          <w:rFonts w:asciiTheme="majorHAnsi" w:hAnsiTheme="majorHAnsi" w:cstheme="majorHAnsi"/>
          <w:b/>
          <w:bCs/>
        </w:rPr>
        <w:t>CORPO DOCENTE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487"/>
        <w:gridCol w:w="1318"/>
        <w:gridCol w:w="1676"/>
        <w:gridCol w:w="1655"/>
        <w:gridCol w:w="1070"/>
        <w:gridCol w:w="945"/>
      </w:tblGrid>
      <w:tr w:rsidR="00D74251" w:rsidRPr="0062253C" w14:paraId="3F5F687B" w14:textId="6AC1BA43" w:rsidTr="00D74251">
        <w:trPr>
          <w:trHeight w:val="1002"/>
        </w:trPr>
        <w:tc>
          <w:tcPr>
            <w:tcW w:w="764" w:type="pct"/>
            <w:shd w:val="clear" w:color="auto" w:fill="D9D9D9" w:themeFill="background1" w:themeFillShade="D9"/>
          </w:tcPr>
          <w:p w14:paraId="3A4749EC" w14:textId="77777777" w:rsidR="00D74251" w:rsidRPr="0062253C" w:rsidRDefault="00D74251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Nome do Docente</w:t>
            </w:r>
          </w:p>
        </w:tc>
        <w:tc>
          <w:tcPr>
            <w:tcW w:w="773" w:type="pct"/>
            <w:shd w:val="clear" w:color="auto" w:fill="D9D9D9" w:themeFill="background1" w:themeFillShade="D9"/>
          </w:tcPr>
          <w:p w14:paraId="5BEBC411" w14:textId="1AD1D92F" w:rsidR="00D74251" w:rsidRPr="0062253C" w:rsidRDefault="00D74251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 xml:space="preserve">Participação em outros </w:t>
            </w:r>
            <w:proofErr w:type="spellStart"/>
            <w:r w:rsidRPr="0062253C">
              <w:rPr>
                <w:rFonts w:asciiTheme="majorHAnsi" w:hAnsiTheme="majorHAnsi" w:cstheme="majorHAnsi"/>
                <w:b/>
                <w:bCs/>
              </w:rPr>
              <w:t>PPGs</w:t>
            </w:r>
            <w:proofErr w:type="spellEnd"/>
          </w:p>
        </w:tc>
        <w:tc>
          <w:tcPr>
            <w:tcW w:w="685" w:type="pct"/>
            <w:shd w:val="clear" w:color="auto" w:fill="D9D9D9" w:themeFill="background1" w:themeFillShade="D9"/>
          </w:tcPr>
          <w:p w14:paraId="7ECD9823" w14:textId="10F9C25E" w:rsidR="00D74251" w:rsidRPr="0062253C" w:rsidRDefault="00D74251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Vínculo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61C7D5B0" w14:textId="579382E1" w:rsidR="00D74251" w:rsidRPr="0062253C" w:rsidRDefault="00D74251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Categoria (permanente ou colaborador)</w:t>
            </w:r>
          </w:p>
        </w:tc>
        <w:tc>
          <w:tcPr>
            <w:tcW w:w="860" w:type="pct"/>
            <w:shd w:val="clear" w:color="auto" w:fill="D9D9D9" w:themeFill="background1" w:themeFillShade="D9"/>
          </w:tcPr>
          <w:p w14:paraId="3052805C" w14:textId="51FC9408" w:rsidR="00D74251" w:rsidRPr="0062253C" w:rsidRDefault="00D74251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Regime (carga horaria)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681316D2" w14:textId="77777777" w:rsidR="00D74251" w:rsidRPr="0062253C" w:rsidRDefault="00D74251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Linha(s)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14:paraId="25139DBE" w14:textId="4960E3EE" w:rsidR="00D74251" w:rsidRPr="0062253C" w:rsidRDefault="00D74251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Link lattes</w:t>
            </w:r>
          </w:p>
        </w:tc>
      </w:tr>
      <w:tr w:rsidR="00D74251" w:rsidRPr="0062253C" w14:paraId="7BB99DAA" w14:textId="7C975018" w:rsidTr="00D74251">
        <w:tc>
          <w:tcPr>
            <w:tcW w:w="764" w:type="pct"/>
          </w:tcPr>
          <w:p w14:paraId="4A3809A1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73" w:type="pct"/>
          </w:tcPr>
          <w:p w14:paraId="62D6423F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85" w:type="pct"/>
          </w:tcPr>
          <w:p w14:paraId="50B86625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71" w:type="pct"/>
          </w:tcPr>
          <w:p w14:paraId="087CC2A0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60" w:type="pct"/>
          </w:tcPr>
          <w:p w14:paraId="4D336B90" w14:textId="4A5DB886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56" w:type="pct"/>
          </w:tcPr>
          <w:p w14:paraId="48B25026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91" w:type="pct"/>
          </w:tcPr>
          <w:p w14:paraId="53E8B343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D74251" w:rsidRPr="0062253C" w14:paraId="69F366E5" w14:textId="2131E5A3" w:rsidTr="00D74251">
        <w:tc>
          <w:tcPr>
            <w:tcW w:w="764" w:type="pct"/>
          </w:tcPr>
          <w:p w14:paraId="1AE27720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73" w:type="pct"/>
          </w:tcPr>
          <w:p w14:paraId="7D00BD8B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85" w:type="pct"/>
          </w:tcPr>
          <w:p w14:paraId="2074832C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71" w:type="pct"/>
          </w:tcPr>
          <w:p w14:paraId="6E4A19FC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60" w:type="pct"/>
          </w:tcPr>
          <w:p w14:paraId="30D8E442" w14:textId="354334B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56" w:type="pct"/>
          </w:tcPr>
          <w:p w14:paraId="0BB99770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91" w:type="pct"/>
          </w:tcPr>
          <w:p w14:paraId="12435EF5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D74251" w:rsidRPr="0062253C" w14:paraId="4FCD1F90" w14:textId="3D9E8E15" w:rsidTr="00D74251">
        <w:tc>
          <w:tcPr>
            <w:tcW w:w="764" w:type="pct"/>
          </w:tcPr>
          <w:p w14:paraId="39BF5CC6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73" w:type="pct"/>
          </w:tcPr>
          <w:p w14:paraId="7D56DBE3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85" w:type="pct"/>
          </w:tcPr>
          <w:p w14:paraId="083E8A01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71" w:type="pct"/>
          </w:tcPr>
          <w:p w14:paraId="74862517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60" w:type="pct"/>
          </w:tcPr>
          <w:p w14:paraId="624109A0" w14:textId="2BD3B9A8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56" w:type="pct"/>
          </w:tcPr>
          <w:p w14:paraId="741B20FA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91" w:type="pct"/>
          </w:tcPr>
          <w:p w14:paraId="06BD947F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D74251" w:rsidRPr="0062253C" w14:paraId="6F50FC58" w14:textId="31F68FF3" w:rsidTr="00D74251">
        <w:tc>
          <w:tcPr>
            <w:tcW w:w="764" w:type="pct"/>
          </w:tcPr>
          <w:p w14:paraId="0B40C430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73" w:type="pct"/>
          </w:tcPr>
          <w:p w14:paraId="4EB315FE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85" w:type="pct"/>
          </w:tcPr>
          <w:p w14:paraId="475F7FB9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71" w:type="pct"/>
          </w:tcPr>
          <w:p w14:paraId="0030735B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60" w:type="pct"/>
          </w:tcPr>
          <w:p w14:paraId="35B3BCDE" w14:textId="5949D2FF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56" w:type="pct"/>
          </w:tcPr>
          <w:p w14:paraId="4B615043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91" w:type="pct"/>
          </w:tcPr>
          <w:p w14:paraId="5AFD1F83" w14:textId="77777777" w:rsidR="00D74251" w:rsidRPr="0062253C" w:rsidRDefault="00D74251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4A7240BC" w14:textId="706F5D0B" w:rsidR="00070BA1" w:rsidRPr="0062253C" w:rsidRDefault="00000000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</w:rPr>
        <w:br/>
      </w:r>
      <w:r w:rsidR="00DF2E49" w:rsidRPr="0062253C">
        <w:rPr>
          <w:rFonts w:asciiTheme="majorHAnsi" w:hAnsiTheme="majorHAnsi" w:cstheme="majorHAnsi"/>
          <w:b/>
          <w:bCs/>
        </w:rPr>
        <w:t>9</w:t>
      </w:r>
      <w:r w:rsidRPr="0062253C">
        <w:rPr>
          <w:rFonts w:asciiTheme="majorHAnsi" w:hAnsiTheme="majorHAnsi" w:cstheme="majorHAnsi"/>
          <w:b/>
          <w:bCs/>
        </w:rPr>
        <w:t xml:space="preserve">. </w:t>
      </w:r>
      <w:r w:rsidR="00A43D4E" w:rsidRPr="0062253C">
        <w:rPr>
          <w:rFonts w:asciiTheme="majorHAnsi" w:hAnsiTheme="majorHAnsi" w:cstheme="majorHAnsi"/>
          <w:b/>
          <w:bCs/>
        </w:rPr>
        <w:t xml:space="preserve">PRINCIPAIS </w:t>
      </w:r>
      <w:r w:rsidR="00071A92" w:rsidRPr="0062253C">
        <w:rPr>
          <w:rFonts w:asciiTheme="majorHAnsi" w:hAnsiTheme="majorHAnsi" w:cstheme="majorHAnsi"/>
          <w:b/>
          <w:bCs/>
        </w:rPr>
        <w:t>PROD</w:t>
      </w:r>
      <w:r w:rsidR="00A43D4E" w:rsidRPr="0062253C">
        <w:rPr>
          <w:rFonts w:asciiTheme="majorHAnsi" w:hAnsiTheme="majorHAnsi" w:cstheme="majorHAnsi"/>
          <w:b/>
          <w:bCs/>
        </w:rPr>
        <w:t>UÇÕES</w:t>
      </w:r>
      <w:r w:rsidR="00071A92" w:rsidRPr="0062253C">
        <w:rPr>
          <w:rFonts w:asciiTheme="majorHAnsi" w:hAnsiTheme="majorHAnsi" w:cstheme="majorHAnsi"/>
          <w:b/>
          <w:bCs/>
        </w:rPr>
        <w:t xml:space="preserve"> CIENTIFICA</w:t>
      </w:r>
      <w:r w:rsidR="00A43D4E" w:rsidRPr="0062253C">
        <w:rPr>
          <w:rFonts w:asciiTheme="majorHAnsi" w:hAnsiTheme="majorHAnsi" w:cstheme="majorHAnsi"/>
          <w:b/>
          <w:bCs/>
        </w:rPr>
        <w:t>S</w:t>
      </w:r>
      <w:r w:rsidR="00071A92" w:rsidRPr="0062253C">
        <w:rPr>
          <w:rFonts w:asciiTheme="majorHAnsi" w:hAnsiTheme="majorHAnsi" w:cstheme="majorHAnsi"/>
          <w:b/>
          <w:bCs/>
        </w:rPr>
        <w:t xml:space="preserve"> </w:t>
      </w:r>
      <w:r w:rsidR="004169B4" w:rsidRPr="0062253C">
        <w:rPr>
          <w:rFonts w:asciiTheme="majorHAnsi" w:hAnsiTheme="majorHAnsi" w:cstheme="majorHAnsi"/>
          <w:b/>
          <w:bCs/>
        </w:rPr>
        <w:t>POR</w:t>
      </w:r>
      <w:r w:rsidR="00071A92" w:rsidRPr="0062253C">
        <w:rPr>
          <w:rFonts w:asciiTheme="majorHAnsi" w:hAnsiTheme="majorHAnsi" w:cstheme="majorHAnsi"/>
          <w:b/>
          <w:bCs/>
        </w:rPr>
        <w:t xml:space="preserve"> DOCENTE (ULTIMOS 5 ANOS)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047"/>
      </w:tblGrid>
      <w:tr w:rsidR="00071A92" w:rsidRPr="0062253C" w14:paraId="38704D98" w14:textId="1CF5A676" w:rsidTr="004E20D7">
        <w:tc>
          <w:tcPr>
            <w:tcW w:w="1809" w:type="dxa"/>
            <w:shd w:val="clear" w:color="auto" w:fill="D9D9D9" w:themeFill="background1" w:themeFillShade="D9"/>
          </w:tcPr>
          <w:p w14:paraId="2E5971D2" w14:textId="6B0DF0C5" w:rsidR="00071A92" w:rsidRPr="0062253C" w:rsidRDefault="00071A92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Docente 1:</w:t>
            </w:r>
          </w:p>
        </w:tc>
        <w:tc>
          <w:tcPr>
            <w:tcW w:w="7047" w:type="dxa"/>
            <w:shd w:val="clear" w:color="auto" w:fill="D9D9D9" w:themeFill="background1" w:themeFillShade="D9"/>
          </w:tcPr>
          <w:p w14:paraId="16FFC57A" w14:textId="24241EF5" w:rsidR="00071A92" w:rsidRPr="0062253C" w:rsidRDefault="00071A92" w:rsidP="00A705BF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1A92" w:rsidRPr="0062253C" w14:paraId="0FD1521C" w14:textId="6D478D2B" w:rsidTr="00390B58">
        <w:tc>
          <w:tcPr>
            <w:tcW w:w="8856" w:type="dxa"/>
            <w:gridSpan w:val="2"/>
          </w:tcPr>
          <w:p w14:paraId="3285846B" w14:textId="77777777" w:rsidR="00071A92" w:rsidRPr="0062253C" w:rsidRDefault="00071A92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62253C">
              <w:rPr>
                <w:rFonts w:asciiTheme="majorHAnsi" w:hAnsiTheme="majorHAnsi" w:cstheme="majorHAnsi"/>
              </w:rPr>
              <w:t>Produção</w:t>
            </w:r>
            <w:r w:rsidR="004169B4" w:rsidRPr="0062253C">
              <w:rPr>
                <w:rFonts w:asciiTheme="majorHAnsi" w:hAnsiTheme="majorHAnsi" w:cstheme="majorHAnsi"/>
              </w:rPr>
              <w:t xml:space="preserve">: </w:t>
            </w:r>
          </w:p>
          <w:p w14:paraId="7441DAE7" w14:textId="77777777" w:rsidR="004169B4" w:rsidRPr="0062253C" w:rsidRDefault="004169B4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176CB31D" w14:textId="77777777" w:rsidR="004169B4" w:rsidRPr="0062253C" w:rsidRDefault="004169B4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2B7D3522" w14:textId="77777777" w:rsidR="004169B4" w:rsidRPr="0062253C" w:rsidRDefault="004169B4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6CFF9F22" w14:textId="2EBA0062" w:rsidR="004169B4" w:rsidRPr="0062253C" w:rsidRDefault="004169B4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2C72A89D" w14:textId="77777777" w:rsidR="00071A92" w:rsidRPr="0062253C" w:rsidRDefault="00071A92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047"/>
      </w:tblGrid>
      <w:tr w:rsidR="00EE516D" w:rsidRPr="0062253C" w14:paraId="7D159A8A" w14:textId="77777777" w:rsidTr="004E20D7">
        <w:tc>
          <w:tcPr>
            <w:tcW w:w="1809" w:type="dxa"/>
            <w:shd w:val="clear" w:color="auto" w:fill="D9D9D9" w:themeFill="background1" w:themeFillShade="D9"/>
          </w:tcPr>
          <w:p w14:paraId="50FE1288" w14:textId="2D81C756" w:rsidR="00EE516D" w:rsidRPr="0062253C" w:rsidRDefault="00EE516D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Docente 2:</w:t>
            </w:r>
          </w:p>
        </w:tc>
        <w:tc>
          <w:tcPr>
            <w:tcW w:w="7047" w:type="dxa"/>
            <w:shd w:val="clear" w:color="auto" w:fill="D9D9D9" w:themeFill="background1" w:themeFillShade="D9"/>
          </w:tcPr>
          <w:p w14:paraId="3E19C133" w14:textId="77777777" w:rsidR="00EE516D" w:rsidRPr="0062253C" w:rsidRDefault="00EE516D" w:rsidP="00A705BF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EE516D" w:rsidRPr="0062253C" w14:paraId="4DC109F7" w14:textId="77777777" w:rsidTr="00500D95">
        <w:tc>
          <w:tcPr>
            <w:tcW w:w="8856" w:type="dxa"/>
            <w:gridSpan w:val="2"/>
          </w:tcPr>
          <w:p w14:paraId="40D6983E" w14:textId="77777777" w:rsidR="00EE516D" w:rsidRPr="0062253C" w:rsidRDefault="00EE516D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62253C">
              <w:rPr>
                <w:rFonts w:asciiTheme="majorHAnsi" w:hAnsiTheme="majorHAnsi" w:cstheme="majorHAnsi"/>
              </w:rPr>
              <w:t xml:space="preserve">Produção: </w:t>
            </w:r>
          </w:p>
          <w:p w14:paraId="039B62F6" w14:textId="77777777" w:rsidR="00EE516D" w:rsidRPr="0062253C" w:rsidRDefault="00EE516D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7B302213" w14:textId="77777777" w:rsidR="00EE516D" w:rsidRPr="0062253C" w:rsidRDefault="00EE516D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00982147" w14:textId="77777777" w:rsidR="00EE516D" w:rsidRPr="0062253C" w:rsidRDefault="00EE516D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67414355" w14:textId="77777777" w:rsidR="00EE516D" w:rsidRPr="0062253C" w:rsidRDefault="00EE516D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225FD1BD" w14:textId="77777777" w:rsidR="00EE516D" w:rsidRPr="0062253C" w:rsidRDefault="00EE516D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047"/>
      </w:tblGrid>
      <w:tr w:rsidR="00EE516D" w:rsidRPr="0062253C" w14:paraId="23014137" w14:textId="77777777" w:rsidTr="004E20D7">
        <w:tc>
          <w:tcPr>
            <w:tcW w:w="1809" w:type="dxa"/>
            <w:shd w:val="clear" w:color="auto" w:fill="D9D9D9" w:themeFill="background1" w:themeFillShade="D9"/>
          </w:tcPr>
          <w:p w14:paraId="690DA3B7" w14:textId="691E9B5D" w:rsidR="00EE516D" w:rsidRPr="0062253C" w:rsidRDefault="00EE516D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Docente 3:</w:t>
            </w:r>
          </w:p>
        </w:tc>
        <w:tc>
          <w:tcPr>
            <w:tcW w:w="7047" w:type="dxa"/>
            <w:shd w:val="clear" w:color="auto" w:fill="D9D9D9" w:themeFill="background1" w:themeFillShade="D9"/>
          </w:tcPr>
          <w:p w14:paraId="4B4EA448" w14:textId="77777777" w:rsidR="00EE516D" w:rsidRPr="0062253C" w:rsidRDefault="00EE516D" w:rsidP="00A705BF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EE516D" w:rsidRPr="0062253C" w14:paraId="4154FF94" w14:textId="77777777" w:rsidTr="00500D95">
        <w:tc>
          <w:tcPr>
            <w:tcW w:w="8856" w:type="dxa"/>
            <w:gridSpan w:val="2"/>
          </w:tcPr>
          <w:p w14:paraId="022F9368" w14:textId="77777777" w:rsidR="00EE516D" w:rsidRPr="0062253C" w:rsidRDefault="00EE516D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62253C">
              <w:rPr>
                <w:rFonts w:asciiTheme="majorHAnsi" w:hAnsiTheme="majorHAnsi" w:cstheme="majorHAnsi"/>
              </w:rPr>
              <w:lastRenderedPageBreak/>
              <w:t xml:space="preserve">Produção: </w:t>
            </w:r>
          </w:p>
          <w:p w14:paraId="7636A7A3" w14:textId="77777777" w:rsidR="00EE516D" w:rsidRPr="0062253C" w:rsidRDefault="00EE516D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29CA1486" w14:textId="77777777" w:rsidR="00EE516D" w:rsidRPr="0062253C" w:rsidRDefault="00EE516D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48823045" w14:textId="77777777" w:rsidR="00EE516D" w:rsidRPr="0062253C" w:rsidRDefault="00EE516D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4582ADDE" w14:textId="77777777" w:rsidR="00EE516D" w:rsidRPr="0062253C" w:rsidRDefault="00EE516D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48F48E8D" w14:textId="77777777" w:rsidR="00EE516D" w:rsidRPr="0062253C" w:rsidRDefault="00EE516D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6618FB84" w14:textId="5437B767" w:rsidR="00357910" w:rsidRPr="0062253C" w:rsidRDefault="00DF2E49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10</w:t>
      </w:r>
      <w:r w:rsidR="00357910" w:rsidRPr="0062253C">
        <w:rPr>
          <w:rFonts w:asciiTheme="majorHAnsi" w:hAnsiTheme="majorHAnsi" w:cstheme="majorHAnsi"/>
          <w:b/>
          <w:bCs/>
        </w:rPr>
        <w:t xml:space="preserve">. PARTICIPAÇÃO EM PROJETOS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1488"/>
        <w:gridCol w:w="1731"/>
        <w:gridCol w:w="1891"/>
        <w:gridCol w:w="2272"/>
      </w:tblGrid>
      <w:tr w:rsidR="00357910" w:rsidRPr="0062253C" w14:paraId="602913FD" w14:textId="77777777" w:rsidTr="00DF2E49">
        <w:trPr>
          <w:trHeight w:val="351"/>
        </w:trPr>
        <w:tc>
          <w:tcPr>
            <w:tcW w:w="1163" w:type="pct"/>
            <w:shd w:val="clear" w:color="auto" w:fill="D9D9D9" w:themeFill="background1" w:themeFillShade="D9"/>
          </w:tcPr>
          <w:p w14:paraId="2C34DC34" w14:textId="77777777" w:rsidR="00357910" w:rsidRPr="0062253C" w:rsidRDefault="00357910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Nome do Docente</w:t>
            </w:r>
          </w:p>
        </w:tc>
        <w:tc>
          <w:tcPr>
            <w:tcW w:w="773" w:type="pct"/>
            <w:shd w:val="clear" w:color="auto" w:fill="D9D9D9" w:themeFill="background1" w:themeFillShade="D9"/>
          </w:tcPr>
          <w:p w14:paraId="02F08B1D" w14:textId="0A6E0CBB" w:rsidR="00357910" w:rsidRPr="0062253C" w:rsidRDefault="00D32426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Colaborador</w:t>
            </w:r>
          </w:p>
        </w:tc>
        <w:tc>
          <w:tcPr>
            <w:tcW w:w="899" w:type="pct"/>
            <w:shd w:val="clear" w:color="auto" w:fill="D9D9D9" w:themeFill="background1" w:themeFillShade="D9"/>
          </w:tcPr>
          <w:p w14:paraId="6115914E" w14:textId="25207529" w:rsidR="00357910" w:rsidRPr="0062253C" w:rsidRDefault="00D32426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Coordenador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137438E7" w14:textId="543441E6" w:rsidR="00357910" w:rsidRPr="0062253C" w:rsidRDefault="00D32426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Órgão de Fomento</w:t>
            </w:r>
          </w:p>
        </w:tc>
        <w:tc>
          <w:tcPr>
            <w:tcW w:w="1181" w:type="pct"/>
            <w:shd w:val="clear" w:color="auto" w:fill="D9D9D9" w:themeFill="background1" w:themeFillShade="D9"/>
          </w:tcPr>
          <w:p w14:paraId="6CB7BF0C" w14:textId="1B72DAB3" w:rsidR="00357910" w:rsidRPr="0062253C" w:rsidRDefault="00D32426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Título Do Projeto</w:t>
            </w:r>
          </w:p>
        </w:tc>
      </w:tr>
      <w:tr w:rsidR="00357910" w:rsidRPr="0062253C" w14:paraId="56DFB760" w14:textId="77777777" w:rsidTr="009F41CC">
        <w:tc>
          <w:tcPr>
            <w:tcW w:w="1163" w:type="pct"/>
          </w:tcPr>
          <w:p w14:paraId="22F0A8A7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73" w:type="pct"/>
          </w:tcPr>
          <w:p w14:paraId="0582DD0C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99" w:type="pct"/>
          </w:tcPr>
          <w:p w14:paraId="0866C8B0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83" w:type="pct"/>
          </w:tcPr>
          <w:p w14:paraId="6A2DCBAC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81" w:type="pct"/>
          </w:tcPr>
          <w:p w14:paraId="79EB671D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357910" w:rsidRPr="0062253C" w14:paraId="00546209" w14:textId="77777777" w:rsidTr="009F41CC">
        <w:tc>
          <w:tcPr>
            <w:tcW w:w="1163" w:type="pct"/>
          </w:tcPr>
          <w:p w14:paraId="5F8AB0D2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73" w:type="pct"/>
          </w:tcPr>
          <w:p w14:paraId="66AE450C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99" w:type="pct"/>
          </w:tcPr>
          <w:p w14:paraId="469BD89E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83" w:type="pct"/>
          </w:tcPr>
          <w:p w14:paraId="63D1F785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81" w:type="pct"/>
          </w:tcPr>
          <w:p w14:paraId="09118628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357910" w:rsidRPr="0062253C" w14:paraId="2F88738B" w14:textId="77777777" w:rsidTr="009F41CC">
        <w:tc>
          <w:tcPr>
            <w:tcW w:w="1163" w:type="pct"/>
          </w:tcPr>
          <w:p w14:paraId="40419AE8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73" w:type="pct"/>
          </w:tcPr>
          <w:p w14:paraId="2FE0937F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99" w:type="pct"/>
          </w:tcPr>
          <w:p w14:paraId="55872F80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83" w:type="pct"/>
          </w:tcPr>
          <w:p w14:paraId="3E361C77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81" w:type="pct"/>
          </w:tcPr>
          <w:p w14:paraId="3CEEC857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357910" w:rsidRPr="0062253C" w14:paraId="2CD3D52F" w14:textId="77777777" w:rsidTr="009F41CC">
        <w:tc>
          <w:tcPr>
            <w:tcW w:w="1163" w:type="pct"/>
          </w:tcPr>
          <w:p w14:paraId="20C56F58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73" w:type="pct"/>
          </w:tcPr>
          <w:p w14:paraId="514D4042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99" w:type="pct"/>
          </w:tcPr>
          <w:p w14:paraId="1BA71426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83" w:type="pct"/>
          </w:tcPr>
          <w:p w14:paraId="73BCA60E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81" w:type="pct"/>
          </w:tcPr>
          <w:p w14:paraId="273B6664" w14:textId="77777777" w:rsidR="00357910" w:rsidRPr="0062253C" w:rsidRDefault="00357910" w:rsidP="00A705BF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0A527837" w14:textId="77777777" w:rsidR="00071A92" w:rsidRPr="0062253C" w:rsidRDefault="00071A92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58FD35D6" w14:textId="2BFDDD1C" w:rsidR="00071A92" w:rsidRPr="0062253C" w:rsidRDefault="00DF2E49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11</w:t>
      </w:r>
      <w:r w:rsidR="00071A92" w:rsidRPr="0062253C">
        <w:rPr>
          <w:rFonts w:asciiTheme="majorHAnsi" w:hAnsiTheme="majorHAnsi" w:cstheme="majorHAnsi"/>
          <w:b/>
          <w:bCs/>
        </w:rPr>
        <w:t xml:space="preserve">. </w:t>
      </w:r>
      <w:r w:rsidR="00780FAB" w:rsidRPr="0062253C">
        <w:rPr>
          <w:rFonts w:asciiTheme="majorHAnsi" w:hAnsiTheme="majorHAnsi" w:cstheme="majorHAnsi"/>
          <w:b/>
          <w:bCs/>
        </w:rPr>
        <w:t>SÍNTESE</w:t>
      </w:r>
      <w:r w:rsidR="004169B4" w:rsidRPr="0062253C">
        <w:rPr>
          <w:rFonts w:asciiTheme="majorHAnsi" w:hAnsiTheme="majorHAnsi" w:cstheme="majorHAnsi"/>
          <w:b/>
          <w:bCs/>
        </w:rPr>
        <w:t xml:space="preserve"> D</w:t>
      </w:r>
      <w:r w:rsidR="00273B44" w:rsidRPr="0062253C">
        <w:rPr>
          <w:rFonts w:asciiTheme="majorHAnsi" w:hAnsiTheme="majorHAnsi" w:cstheme="majorHAnsi"/>
          <w:b/>
          <w:bCs/>
        </w:rPr>
        <w:t xml:space="preserve">A PRODUÇÃO INTELECTUAL DO CORPO DOCENTE </w:t>
      </w:r>
      <w:r w:rsidR="00273B44" w:rsidRPr="0062253C">
        <w:rPr>
          <w:rFonts w:asciiTheme="majorHAnsi" w:hAnsiTheme="majorHAnsi" w:cstheme="majorHAnsi"/>
          <w:i/>
          <w:iCs/>
        </w:rPr>
        <w:t>(Produções dos últimos 5 anos)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4"/>
        <w:gridCol w:w="2961"/>
      </w:tblGrid>
      <w:tr w:rsidR="00273B44" w:rsidRPr="0062253C" w14:paraId="027B470B" w14:textId="77777777" w:rsidTr="00273B44">
        <w:trPr>
          <w:trHeight w:val="374"/>
        </w:trPr>
        <w:tc>
          <w:tcPr>
            <w:tcW w:w="34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3ED054" w14:textId="77777777" w:rsidR="00273B44" w:rsidRPr="0062253C" w:rsidRDefault="00273B44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Tipo de produção</w:t>
            </w:r>
          </w:p>
        </w:tc>
        <w:tc>
          <w:tcPr>
            <w:tcW w:w="15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CAE336" w14:textId="77777777" w:rsidR="00273B44" w:rsidRPr="0062253C" w:rsidRDefault="00273B44" w:rsidP="00A705B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  <w:b/>
                <w:bCs/>
              </w:rPr>
              <w:t>Quantitativo</w:t>
            </w:r>
          </w:p>
        </w:tc>
      </w:tr>
      <w:tr w:rsidR="00273B44" w:rsidRPr="0062253C" w14:paraId="236618A3" w14:textId="77777777" w:rsidTr="00273B44">
        <w:trPr>
          <w:trHeight w:val="266"/>
        </w:trPr>
        <w:tc>
          <w:tcPr>
            <w:tcW w:w="3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11BDB" w14:textId="77777777" w:rsidR="00273B44" w:rsidRPr="0062253C" w:rsidRDefault="00273B44" w:rsidP="00A705B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Artigos científicos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681FF" w14:textId="77777777" w:rsidR="00273B44" w:rsidRPr="0062253C" w:rsidRDefault="00273B44" w:rsidP="00A705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273B44" w:rsidRPr="0062253C" w14:paraId="763B0DAA" w14:textId="77777777" w:rsidTr="00273B44">
        <w:trPr>
          <w:trHeight w:val="270"/>
        </w:trPr>
        <w:tc>
          <w:tcPr>
            <w:tcW w:w="3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BE894" w14:textId="77777777" w:rsidR="00273B44" w:rsidRPr="0062253C" w:rsidRDefault="00273B44" w:rsidP="00A705B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Artigos em periódicos qualificados*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6348F" w14:textId="77777777" w:rsidR="00273B44" w:rsidRPr="0062253C" w:rsidRDefault="00273B44" w:rsidP="00A705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273B44" w:rsidRPr="0062253C" w14:paraId="4132F509" w14:textId="77777777" w:rsidTr="00273B44">
        <w:trPr>
          <w:trHeight w:val="105"/>
        </w:trPr>
        <w:tc>
          <w:tcPr>
            <w:tcW w:w="3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82A0B" w14:textId="77777777" w:rsidR="00273B44" w:rsidRPr="0062253C" w:rsidRDefault="00273B44" w:rsidP="00A705B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Livros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1C86E" w14:textId="77777777" w:rsidR="00273B44" w:rsidRPr="0062253C" w:rsidRDefault="00273B44" w:rsidP="00A705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273B44" w:rsidRPr="0062253C" w14:paraId="3C8AB0E2" w14:textId="77777777" w:rsidTr="00273B44">
        <w:trPr>
          <w:trHeight w:val="60"/>
        </w:trPr>
        <w:tc>
          <w:tcPr>
            <w:tcW w:w="3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F2246" w14:textId="77777777" w:rsidR="00273B44" w:rsidRPr="0062253C" w:rsidRDefault="00273B44" w:rsidP="00A705B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Capítulos de livros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2C6A0" w14:textId="77777777" w:rsidR="00273B44" w:rsidRPr="0062253C" w:rsidRDefault="00273B44" w:rsidP="00A705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273B44" w:rsidRPr="0062253C" w14:paraId="6F098F31" w14:textId="77777777" w:rsidTr="00273B44">
        <w:trPr>
          <w:trHeight w:val="60"/>
        </w:trPr>
        <w:tc>
          <w:tcPr>
            <w:tcW w:w="3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B08FE4" w14:textId="77777777" w:rsidR="00273B44" w:rsidRPr="0062253C" w:rsidRDefault="00273B44" w:rsidP="00A705B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Trabalhos completos em anais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CE3BD" w14:textId="77777777" w:rsidR="00273B44" w:rsidRPr="0062253C" w:rsidRDefault="00273B44" w:rsidP="00A705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273B44" w:rsidRPr="0062253C" w14:paraId="4DD36605" w14:textId="77777777" w:rsidTr="00273B44">
        <w:trPr>
          <w:trHeight w:val="60"/>
        </w:trPr>
        <w:tc>
          <w:tcPr>
            <w:tcW w:w="3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C73A38" w14:textId="77777777" w:rsidR="00273B44" w:rsidRPr="0062253C" w:rsidRDefault="00273B44" w:rsidP="00A705B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Produtos técnicos/tecnológicos (quando aplicável)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15414" w14:textId="77777777" w:rsidR="00273B44" w:rsidRPr="0062253C" w:rsidRDefault="00273B44" w:rsidP="00A705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273B44" w:rsidRPr="0062253C" w14:paraId="05C56D43" w14:textId="77777777" w:rsidTr="00273B44">
        <w:trPr>
          <w:trHeight w:val="60"/>
        </w:trPr>
        <w:tc>
          <w:tcPr>
            <w:tcW w:w="3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DB717" w14:textId="77777777" w:rsidR="00273B44" w:rsidRPr="0062253C" w:rsidRDefault="00273B44" w:rsidP="00A705B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Patentes/softwares/registros (quando aplicável)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65CF10" w14:textId="77777777" w:rsidR="00273B44" w:rsidRPr="0062253C" w:rsidRDefault="00273B44" w:rsidP="00A705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273B44" w:rsidRPr="0062253C" w14:paraId="1AC96245" w14:textId="77777777" w:rsidTr="00273B44">
        <w:trPr>
          <w:trHeight w:val="60"/>
        </w:trPr>
        <w:tc>
          <w:tcPr>
            <w:tcW w:w="3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D4BA8" w14:textId="77777777" w:rsidR="00273B44" w:rsidRPr="0062253C" w:rsidRDefault="00273B44" w:rsidP="00A705B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Outras produções relevantes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C14DD" w14:textId="77777777" w:rsidR="00273B44" w:rsidRPr="0062253C" w:rsidRDefault="00273B44" w:rsidP="00A705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62253C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</w:tbl>
    <w:p w14:paraId="304F89CB" w14:textId="77777777" w:rsidR="00273B44" w:rsidRPr="0062253C" w:rsidRDefault="00273B44" w:rsidP="00A705BF">
      <w:pPr>
        <w:spacing w:after="0"/>
        <w:jc w:val="both"/>
        <w:rPr>
          <w:rFonts w:asciiTheme="majorHAnsi" w:hAnsiTheme="majorHAnsi" w:cstheme="majorHAnsi"/>
          <w:b/>
          <w:bCs/>
        </w:rPr>
      </w:pPr>
    </w:p>
    <w:p w14:paraId="70CB4778" w14:textId="10B083F4" w:rsidR="00A170B9" w:rsidRPr="0062253C" w:rsidRDefault="00A170B9" w:rsidP="00A705BF">
      <w:pPr>
        <w:spacing w:after="0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  <w:b/>
          <w:bCs/>
          <w:highlight w:val="yellow"/>
        </w:rPr>
        <w:t>Observação</w:t>
      </w:r>
      <w:r w:rsidRPr="0062253C">
        <w:rPr>
          <w:rFonts w:asciiTheme="majorHAnsi" w:hAnsiTheme="majorHAnsi" w:cstheme="majorHAnsi"/>
          <w:b/>
          <w:bCs/>
        </w:rPr>
        <w:t xml:space="preserve">: </w:t>
      </w:r>
      <w:r w:rsidRPr="0062253C">
        <w:rPr>
          <w:rFonts w:asciiTheme="majorHAnsi" w:hAnsiTheme="majorHAnsi" w:cstheme="majorHAnsi"/>
        </w:rPr>
        <w:t xml:space="preserve">A apresentação da produção intelectual deverá observar os critérios, indicadores e parâmetros estabelecidos no Documento Orientador da respectiva Área de Avaliação da CAPES, incluindo, quando aplicável, indicadores específicos adotados pela área (por exemplo, </w:t>
      </w:r>
      <w:proofErr w:type="spellStart"/>
      <w:r w:rsidRPr="0062253C">
        <w:rPr>
          <w:rFonts w:asciiTheme="majorHAnsi" w:hAnsiTheme="majorHAnsi" w:cstheme="majorHAnsi"/>
        </w:rPr>
        <w:t>IndProdT</w:t>
      </w:r>
      <w:proofErr w:type="spellEnd"/>
      <w:r w:rsidRPr="0062253C">
        <w:rPr>
          <w:rFonts w:asciiTheme="majorHAnsi" w:hAnsiTheme="majorHAnsi" w:cstheme="majorHAnsi"/>
        </w:rPr>
        <w:t>, FWCI ou outros).</w:t>
      </w:r>
    </w:p>
    <w:p w14:paraId="4021A38D" w14:textId="77777777" w:rsidR="00A170B9" w:rsidRPr="0062253C" w:rsidRDefault="00A170B9" w:rsidP="00A705BF">
      <w:pPr>
        <w:spacing w:after="0"/>
        <w:jc w:val="both"/>
        <w:rPr>
          <w:rFonts w:asciiTheme="majorHAnsi" w:hAnsiTheme="majorHAnsi" w:cstheme="majorHAnsi"/>
          <w:b/>
          <w:bCs/>
        </w:rPr>
      </w:pPr>
    </w:p>
    <w:p w14:paraId="5B96EED5" w14:textId="7665FCDF" w:rsidR="00D72EEE" w:rsidRPr="0062253C" w:rsidRDefault="00D72EEE" w:rsidP="00A705BF">
      <w:pPr>
        <w:spacing w:after="0"/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1</w:t>
      </w:r>
      <w:r w:rsidR="00DF2E49" w:rsidRPr="0062253C">
        <w:rPr>
          <w:rFonts w:asciiTheme="majorHAnsi" w:hAnsiTheme="majorHAnsi" w:cstheme="majorHAnsi"/>
          <w:b/>
          <w:bCs/>
        </w:rPr>
        <w:t>2</w:t>
      </w:r>
      <w:r w:rsidRPr="0062253C">
        <w:rPr>
          <w:rFonts w:asciiTheme="majorHAnsi" w:hAnsiTheme="majorHAnsi" w:cstheme="majorHAnsi"/>
          <w:b/>
          <w:bCs/>
        </w:rPr>
        <w:t>. DOCUMENTOS COMPLEMENTARES</w:t>
      </w:r>
    </w:p>
    <w:p w14:paraId="4887A1FA" w14:textId="325D08B9" w:rsidR="00D72EEE" w:rsidRPr="0062253C" w:rsidRDefault="00D72EEE" w:rsidP="00A705BF">
      <w:pPr>
        <w:tabs>
          <w:tab w:val="num" w:pos="720"/>
        </w:tabs>
        <w:spacing w:after="0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t>Anexar, quando disponíveis: proposta de Regimento; estrutura curricular; ementas das disciplinas; relação do corpo docente; projetos de pesquisa; documentos institucionais; cartas de apoio; outros documentos considerados pertinentes.</w:t>
      </w:r>
    </w:p>
    <w:p w14:paraId="261569CB" w14:textId="77777777" w:rsidR="00623DFC" w:rsidRPr="0062253C" w:rsidRDefault="00623DFC" w:rsidP="00A705BF">
      <w:pPr>
        <w:spacing w:after="0"/>
        <w:jc w:val="both"/>
        <w:rPr>
          <w:rFonts w:asciiTheme="majorHAnsi" w:hAnsiTheme="majorHAnsi" w:cstheme="majorHAnsi"/>
        </w:rPr>
      </w:pPr>
    </w:p>
    <w:p w14:paraId="2B824620" w14:textId="5FE8B994" w:rsidR="00623DFC" w:rsidRPr="0062253C" w:rsidRDefault="00623DFC" w:rsidP="00A705BF">
      <w:pPr>
        <w:spacing w:after="0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  <w:b/>
          <w:bCs/>
        </w:rPr>
        <w:t xml:space="preserve">13. </w:t>
      </w:r>
      <w:r w:rsidR="00273B44" w:rsidRPr="0062253C">
        <w:rPr>
          <w:rFonts w:asciiTheme="majorHAnsi" w:hAnsiTheme="majorHAnsi" w:cstheme="majorHAnsi"/>
          <w:b/>
          <w:bCs/>
        </w:rPr>
        <w:t>APRESENTE AS PRINCIPAIS EVIDÊNCIAS QUE DEMONSTRAM QUE A PROPOSTA POSSUI CONDIÇÕES ACADÊMICAS, CIENTÍFICAS, INSTITUCIONAIS E DE RECURSOS HUMANOS PARA SUA IMPLANTAÇÃO, CONSOLIDAÇÃO E SUSTENTABILIDADE AO LONGO DO TEMPO.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273B44" w:rsidRPr="0062253C" w14:paraId="104CEC06" w14:textId="77777777" w:rsidTr="008E5DBC">
        <w:tc>
          <w:tcPr>
            <w:tcW w:w="9545" w:type="dxa"/>
          </w:tcPr>
          <w:p w14:paraId="3B2231DF" w14:textId="77777777" w:rsidR="00273B44" w:rsidRPr="0062253C" w:rsidRDefault="00273B4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2253C">
              <w:rPr>
                <w:rFonts w:asciiTheme="majorHAnsi" w:hAnsiTheme="majorHAnsi" w:cstheme="majorHAnsi"/>
              </w:rPr>
              <w:t>Descrição:</w:t>
            </w:r>
          </w:p>
          <w:p w14:paraId="29E01C91" w14:textId="77777777" w:rsidR="00273B44" w:rsidRPr="0062253C" w:rsidRDefault="00273B4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5B4B760" w14:textId="77777777" w:rsidR="00273B44" w:rsidRPr="0062253C" w:rsidRDefault="00273B4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0EBA967" w14:textId="77777777" w:rsidR="00273B44" w:rsidRPr="0062253C" w:rsidRDefault="00273B4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BCEB1DA" w14:textId="77777777" w:rsidR="00273B44" w:rsidRPr="0062253C" w:rsidRDefault="00273B4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389E571" w14:textId="77777777" w:rsidR="00273B44" w:rsidRPr="0062253C" w:rsidRDefault="00273B4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C33F399" w14:textId="77777777" w:rsidR="00273B44" w:rsidRPr="0062253C" w:rsidRDefault="00273B4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014FC5E" w14:textId="77777777" w:rsidR="00273B44" w:rsidRPr="0062253C" w:rsidRDefault="00273B4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0225614" w14:textId="77777777" w:rsidR="00273B44" w:rsidRPr="0062253C" w:rsidRDefault="00273B44" w:rsidP="00A705BF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1E8F135B" w14:textId="2067C8F2" w:rsidR="00DF2E49" w:rsidRPr="0062253C" w:rsidRDefault="00DF2E49" w:rsidP="00A705BF">
      <w:pPr>
        <w:spacing w:after="0"/>
        <w:jc w:val="both"/>
        <w:rPr>
          <w:rFonts w:asciiTheme="majorHAnsi" w:hAnsiTheme="majorHAnsi" w:cstheme="majorHAnsi"/>
        </w:rPr>
      </w:pPr>
    </w:p>
    <w:p w14:paraId="2EA178B5" w14:textId="4FF0AF93" w:rsidR="00071A92" w:rsidRPr="0062253C" w:rsidRDefault="00DF2E49" w:rsidP="00A705BF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62253C">
        <w:rPr>
          <w:rFonts w:asciiTheme="majorHAnsi" w:hAnsiTheme="majorHAnsi" w:cstheme="majorHAnsi"/>
          <w:b/>
          <w:bCs/>
        </w:rPr>
        <w:t>1</w:t>
      </w:r>
      <w:r w:rsidR="00273B44" w:rsidRPr="0062253C">
        <w:rPr>
          <w:rFonts w:asciiTheme="majorHAnsi" w:hAnsiTheme="majorHAnsi" w:cstheme="majorHAnsi"/>
          <w:b/>
          <w:bCs/>
        </w:rPr>
        <w:t>4</w:t>
      </w:r>
      <w:r w:rsidR="00071A92" w:rsidRPr="0062253C">
        <w:rPr>
          <w:rFonts w:asciiTheme="majorHAnsi" w:hAnsiTheme="majorHAnsi" w:cstheme="majorHAnsi"/>
          <w:b/>
          <w:bCs/>
        </w:rPr>
        <w:t>. ASSINATURA DO PROPONENTE</w:t>
      </w:r>
    </w:p>
    <w:p w14:paraId="72053E21" w14:textId="2CBEA310" w:rsidR="00071A92" w:rsidRPr="0062253C" w:rsidRDefault="00071A92" w:rsidP="00A705B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t>Proponente/Coordenador(a)</w:t>
      </w:r>
      <w:r w:rsidR="00FE31FF" w:rsidRPr="0062253C">
        <w:rPr>
          <w:rFonts w:asciiTheme="majorHAnsi" w:hAnsiTheme="majorHAnsi" w:cstheme="majorHAnsi"/>
        </w:rPr>
        <w:t xml:space="preserve"> da proposta</w:t>
      </w:r>
      <w:r w:rsidRPr="0062253C">
        <w:rPr>
          <w:rFonts w:asciiTheme="majorHAnsi" w:hAnsiTheme="majorHAnsi" w:cstheme="majorHAnsi"/>
        </w:rPr>
        <w:t>: ________________________________________</w:t>
      </w:r>
      <w:r w:rsidR="000C365F" w:rsidRPr="0062253C">
        <w:rPr>
          <w:rFonts w:asciiTheme="majorHAnsi" w:hAnsiTheme="majorHAnsi" w:cstheme="majorHAnsi"/>
        </w:rPr>
        <w:t>_____</w:t>
      </w:r>
    </w:p>
    <w:p w14:paraId="7C047783" w14:textId="799C540D" w:rsidR="00D662F6" w:rsidRPr="0062253C" w:rsidRDefault="00D662F6" w:rsidP="00A705B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t xml:space="preserve">CPF: </w:t>
      </w:r>
      <w:r w:rsidR="000C365F" w:rsidRPr="0062253C">
        <w:rPr>
          <w:rFonts w:asciiTheme="majorHAnsi" w:hAnsiTheme="majorHAnsi" w:cstheme="majorHAnsi"/>
        </w:rPr>
        <w:t>________________________________________________</w:t>
      </w:r>
    </w:p>
    <w:p w14:paraId="4D60161C" w14:textId="04BD9F7E" w:rsidR="00357910" w:rsidRPr="0062253C" w:rsidRDefault="00357910" w:rsidP="00A705B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t xml:space="preserve">Email: </w:t>
      </w:r>
      <w:r w:rsidR="000C365F" w:rsidRPr="0062253C">
        <w:rPr>
          <w:rFonts w:asciiTheme="majorHAnsi" w:hAnsiTheme="majorHAnsi" w:cstheme="majorHAnsi"/>
        </w:rPr>
        <w:t>______________________________________________</w:t>
      </w:r>
    </w:p>
    <w:p w14:paraId="68A9D7C5" w14:textId="3715ED66" w:rsidR="00357910" w:rsidRPr="0062253C" w:rsidRDefault="00357910" w:rsidP="00A705B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t>Con</w:t>
      </w:r>
      <w:r w:rsidR="000C365F" w:rsidRPr="0062253C">
        <w:rPr>
          <w:rFonts w:asciiTheme="majorHAnsi" w:hAnsiTheme="majorHAnsi" w:cstheme="majorHAnsi"/>
        </w:rPr>
        <w:t>t</w:t>
      </w:r>
      <w:r w:rsidRPr="0062253C">
        <w:rPr>
          <w:rFonts w:asciiTheme="majorHAnsi" w:hAnsiTheme="majorHAnsi" w:cstheme="majorHAnsi"/>
        </w:rPr>
        <w:t>ato:</w:t>
      </w:r>
      <w:r w:rsidR="000C365F" w:rsidRPr="0062253C">
        <w:rPr>
          <w:rFonts w:asciiTheme="majorHAnsi" w:hAnsiTheme="majorHAnsi" w:cstheme="majorHAnsi"/>
        </w:rPr>
        <w:t>____________________________________________</w:t>
      </w:r>
    </w:p>
    <w:p w14:paraId="408CB87A" w14:textId="77777777" w:rsidR="00357910" w:rsidRPr="0062253C" w:rsidRDefault="00357910" w:rsidP="00A705BF">
      <w:pPr>
        <w:spacing w:after="0"/>
        <w:jc w:val="both"/>
        <w:rPr>
          <w:rFonts w:asciiTheme="majorHAnsi" w:hAnsiTheme="majorHAnsi" w:cstheme="majorHAnsi"/>
        </w:rPr>
      </w:pPr>
    </w:p>
    <w:p w14:paraId="33C04434" w14:textId="56C78D83" w:rsidR="00071A92" w:rsidRPr="0062253C" w:rsidRDefault="00071A92" w:rsidP="00A705BF">
      <w:pPr>
        <w:spacing w:after="0"/>
        <w:jc w:val="both"/>
        <w:rPr>
          <w:rFonts w:asciiTheme="majorHAnsi" w:hAnsiTheme="majorHAnsi" w:cstheme="majorHAnsi"/>
        </w:rPr>
      </w:pPr>
      <w:r w:rsidRPr="0062253C">
        <w:rPr>
          <w:rFonts w:asciiTheme="majorHAnsi" w:hAnsiTheme="majorHAnsi" w:cstheme="majorHAnsi"/>
        </w:rPr>
        <w:t>Assinatura: ________________________________   Data: ____/____/______</w:t>
      </w:r>
    </w:p>
    <w:sectPr w:rsidR="00071A92" w:rsidRPr="0062253C" w:rsidSect="00953C9D">
      <w:pgSz w:w="12240" w:h="15840"/>
      <w:pgMar w:top="170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924738"/>
    <w:multiLevelType w:val="multilevel"/>
    <w:tmpl w:val="0108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0D6A43"/>
    <w:multiLevelType w:val="multilevel"/>
    <w:tmpl w:val="D7B2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7A4405"/>
    <w:multiLevelType w:val="hybridMultilevel"/>
    <w:tmpl w:val="8D4AF2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46244"/>
    <w:multiLevelType w:val="multilevel"/>
    <w:tmpl w:val="1950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860851"/>
    <w:multiLevelType w:val="multilevel"/>
    <w:tmpl w:val="8E20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400E80"/>
    <w:multiLevelType w:val="multilevel"/>
    <w:tmpl w:val="EF92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471C16"/>
    <w:multiLevelType w:val="multilevel"/>
    <w:tmpl w:val="53F4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D61B0F"/>
    <w:multiLevelType w:val="multilevel"/>
    <w:tmpl w:val="72F6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25D2E"/>
    <w:multiLevelType w:val="multilevel"/>
    <w:tmpl w:val="03B8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C7103B"/>
    <w:multiLevelType w:val="multilevel"/>
    <w:tmpl w:val="9426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3862C7"/>
    <w:multiLevelType w:val="multilevel"/>
    <w:tmpl w:val="4A20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9D751F"/>
    <w:multiLevelType w:val="hybridMultilevel"/>
    <w:tmpl w:val="EE1C57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B46C50"/>
    <w:multiLevelType w:val="multilevel"/>
    <w:tmpl w:val="22C8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9158138">
    <w:abstractNumId w:val="8"/>
  </w:num>
  <w:num w:numId="2" w16cid:durableId="1397821784">
    <w:abstractNumId w:val="6"/>
  </w:num>
  <w:num w:numId="3" w16cid:durableId="2144808789">
    <w:abstractNumId w:val="5"/>
  </w:num>
  <w:num w:numId="4" w16cid:durableId="2063017972">
    <w:abstractNumId w:val="4"/>
  </w:num>
  <w:num w:numId="5" w16cid:durableId="1876232950">
    <w:abstractNumId w:val="7"/>
  </w:num>
  <w:num w:numId="6" w16cid:durableId="410934885">
    <w:abstractNumId w:val="3"/>
  </w:num>
  <w:num w:numId="7" w16cid:durableId="1704937509">
    <w:abstractNumId w:val="2"/>
  </w:num>
  <w:num w:numId="8" w16cid:durableId="566036509">
    <w:abstractNumId w:val="1"/>
  </w:num>
  <w:num w:numId="9" w16cid:durableId="174880464">
    <w:abstractNumId w:val="0"/>
  </w:num>
  <w:num w:numId="10" w16cid:durableId="617832030">
    <w:abstractNumId w:val="20"/>
  </w:num>
  <w:num w:numId="11" w16cid:durableId="982544196">
    <w:abstractNumId w:val="10"/>
  </w:num>
  <w:num w:numId="12" w16cid:durableId="1917744450">
    <w:abstractNumId w:val="21"/>
  </w:num>
  <w:num w:numId="13" w16cid:durableId="1834180487">
    <w:abstractNumId w:val="15"/>
  </w:num>
  <w:num w:numId="14" w16cid:durableId="897284249">
    <w:abstractNumId w:val="17"/>
  </w:num>
  <w:num w:numId="15" w16cid:durableId="408961240">
    <w:abstractNumId w:val="19"/>
  </w:num>
  <w:num w:numId="16" w16cid:durableId="1931084910">
    <w:abstractNumId w:val="13"/>
  </w:num>
  <w:num w:numId="17" w16cid:durableId="682123521">
    <w:abstractNumId w:val="14"/>
  </w:num>
  <w:num w:numId="18" w16cid:durableId="1937784429">
    <w:abstractNumId w:val="9"/>
  </w:num>
  <w:num w:numId="19" w16cid:durableId="1529179149">
    <w:abstractNumId w:val="16"/>
  </w:num>
  <w:num w:numId="20" w16cid:durableId="146023624">
    <w:abstractNumId w:val="18"/>
  </w:num>
  <w:num w:numId="21" w16cid:durableId="2141922695">
    <w:abstractNumId w:val="12"/>
  </w:num>
  <w:num w:numId="22" w16cid:durableId="14327790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834"/>
    <w:rsid w:val="000330CE"/>
    <w:rsid w:val="00034616"/>
    <w:rsid w:val="0006063C"/>
    <w:rsid w:val="00070BA1"/>
    <w:rsid w:val="00071A92"/>
    <w:rsid w:val="000C365F"/>
    <w:rsid w:val="000E57DA"/>
    <w:rsid w:val="0015074B"/>
    <w:rsid w:val="00160DFF"/>
    <w:rsid w:val="00162CAA"/>
    <w:rsid w:val="001705B7"/>
    <w:rsid w:val="00210C85"/>
    <w:rsid w:val="00235BFC"/>
    <w:rsid w:val="00273B44"/>
    <w:rsid w:val="0029639D"/>
    <w:rsid w:val="002A31B9"/>
    <w:rsid w:val="002B09EA"/>
    <w:rsid w:val="0030595B"/>
    <w:rsid w:val="00326F90"/>
    <w:rsid w:val="0032749A"/>
    <w:rsid w:val="003327E2"/>
    <w:rsid w:val="00357910"/>
    <w:rsid w:val="00415A4F"/>
    <w:rsid w:val="004169B4"/>
    <w:rsid w:val="00473583"/>
    <w:rsid w:val="00491861"/>
    <w:rsid w:val="004921E9"/>
    <w:rsid w:val="004B27C0"/>
    <w:rsid w:val="004C6CD0"/>
    <w:rsid w:val="004D0F88"/>
    <w:rsid w:val="004E20D7"/>
    <w:rsid w:val="004F0B94"/>
    <w:rsid w:val="00500989"/>
    <w:rsid w:val="00541D5D"/>
    <w:rsid w:val="00580C87"/>
    <w:rsid w:val="00581F80"/>
    <w:rsid w:val="005827DA"/>
    <w:rsid w:val="00591384"/>
    <w:rsid w:val="005F75FF"/>
    <w:rsid w:val="006205B8"/>
    <w:rsid w:val="0062253C"/>
    <w:rsid w:val="00623DFC"/>
    <w:rsid w:val="00657ED4"/>
    <w:rsid w:val="00720B4F"/>
    <w:rsid w:val="00737597"/>
    <w:rsid w:val="007457C2"/>
    <w:rsid w:val="00780FAB"/>
    <w:rsid w:val="00784D8B"/>
    <w:rsid w:val="0082498F"/>
    <w:rsid w:val="00857F4D"/>
    <w:rsid w:val="00896632"/>
    <w:rsid w:val="008D5989"/>
    <w:rsid w:val="00935B2B"/>
    <w:rsid w:val="00953C9D"/>
    <w:rsid w:val="00955D0F"/>
    <w:rsid w:val="00983B6E"/>
    <w:rsid w:val="009B10A0"/>
    <w:rsid w:val="009B7F71"/>
    <w:rsid w:val="009D6281"/>
    <w:rsid w:val="009F41CC"/>
    <w:rsid w:val="00A170B9"/>
    <w:rsid w:val="00A43D4E"/>
    <w:rsid w:val="00A705BF"/>
    <w:rsid w:val="00A70969"/>
    <w:rsid w:val="00A8648B"/>
    <w:rsid w:val="00AA1D8D"/>
    <w:rsid w:val="00AC3E7B"/>
    <w:rsid w:val="00AE3E24"/>
    <w:rsid w:val="00B01A7D"/>
    <w:rsid w:val="00B30BE7"/>
    <w:rsid w:val="00B425FF"/>
    <w:rsid w:val="00B47730"/>
    <w:rsid w:val="00B5172C"/>
    <w:rsid w:val="00B555D0"/>
    <w:rsid w:val="00B903E7"/>
    <w:rsid w:val="00C826B2"/>
    <w:rsid w:val="00CB0664"/>
    <w:rsid w:val="00D32426"/>
    <w:rsid w:val="00D662F6"/>
    <w:rsid w:val="00D72EEE"/>
    <w:rsid w:val="00D74251"/>
    <w:rsid w:val="00D848CB"/>
    <w:rsid w:val="00D9105A"/>
    <w:rsid w:val="00DA0C47"/>
    <w:rsid w:val="00DA3C87"/>
    <w:rsid w:val="00DC0B2A"/>
    <w:rsid w:val="00DC4CF1"/>
    <w:rsid w:val="00DF2E49"/>
    <w:rsid w:val="00E030B0"/>
    <w:rsid w:val="00E32E3B"/>
    <w:rsid w:val="00E726FF"/>
    <w:rsid w:val="00E76149"/>
    <w:rsid w:val="00EA5377"/>
    <w:rsid w:val="00EB3395"/>
    <w:rsid w:val="00EC6A21"/>
    <w:rsid w:val="00ED3669"/>
    <w:rsid w:val="00EE516D"/>
    <w:rsid w:val="00F15930"/>
    <w:rsid w:val="00FC09B3"/>
    <w:rsid w:val="00FC693F"/>
    <w:rsid w:val="00FC6F8A"/>
    <w:rsid w:val="00FE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F3383"/>
  <w14:defaultImageDpi w14:val="300"/>
  <w15:docId w15:val="{D15B0519-8149-4A86-95D3-A3407B842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581F8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81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br/capes/pt-br/acesso-a-informacao/acoes-e-programas/avaliacao/sobre-a-avaliacao/areas-avaliacao/sobre-as-areas-de-avaliacao/sobre-as-areas-de-avaliaca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1409</Words>
  <Characters>7611</Characters>
  <Application>Microsoft Office Word</Application>
  <DocSecurity>0</DocSecurity>
  <Lines>63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ufpa</cp:lastModifiedBy>
  <cp:revision>74</cp:revision>
  <dcterms:created xsi:type="dcterms:W3CDTF">2013-12-23T23:15:00Z</dcterms:created>
  <dcterms:modified xsi:type="dcterms:W3CDTF">2026-07-20T13:07:00Z</dcterms:modified>
  <cp:category/>
</cp:coreProperties>
</file>